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E25" w:rsidRPr="0099232A" w:rsidRDefault="004D4A52">
      <w:pPr>
        <w:spacing w:before="120" w:after="280"/>
        <w:jc w:val="center"/>
        <w:rPr>
          <w:rFonts w:asciiTheme="majorHAnsi" w:hAnsiTheme="majorHAnsi" w:cstheme="majorHAnsi"/>
          <w:sz w:val="24"/>
          <w:szCs w:val="24"/>
          <w:lang w:val="it-IT"/>
        </w:rPr>
      </w:pPr>
      <w:bookmarkStart w:id="0" w:name="_GoBack"/>
      <w:bookmarkEnd w:id="0"/>
      <w:r w:rsidRPr="0099232A">
        <w:rPr>
          <w:rFonts w:asciiTheme="majorHAnsi" w:hAnsiTheme="majorHAnsi" w:cstheme="majorHAnsi"/>
          <w:b/>
          <w:color w:val="003366"/>
          <w:sz w:val="24"/>
          <w:szCs w:val="24"/>
          <w:lang w:val="it-IT"/>
        </w:rPr>
        <w:t>DICHIARAZIONE DI CONSENSO AL TRATTAMENTO DEI DATI PERSONALI</w:t>
      </w:r>
      <w:r w:rsidRPr="0099232A">
        <w:rPr>
          <w:rFonts w:asciiTheme="majorHAnsi" w:hAnsiTheme="majorHAnsi" w:cstheme="majorHAnsi"/>
          <w:b/>
          <w:color w:val="003366"/>
          <w:sz w:val="24"/>
          <w:szCs w:val="24"/>
          <w:lang w:val="it-IT"/>
        </w:rPr>
        <w:br/>
        <w:t>PER STUDENTE MINORENNE</w:t>
      </w:r>
    </w:p>
    <w:p w:rsidR="0099232A" w:rsidRDefault="004D4A52" w:rsidP="0099232A">
      <w:pPr>
        <w:spacing w:after="100" w:afterAutospacing="1" w:line="240" w:lineRule="auto"/>
        <w:contextualSpacing/>
        <w:jc w:val="both"/>
        <w:rPr>
          <w:rFonts w:asciiTheme="majorHAnsi" w:hAnsiTheme="majorHAnsi" w:cstheme="majorHAnsi"/>
          <w:sz w:val="24"/>
          <w:szCs w:val="24"/>
          <w:lang w:val="it-IT"/>
        </w:rPr>
      </w:pPr>
      <w:r w:rsidRPr="0099232A">
        <w:rPr>
          <w:rFonts w:asciiTheme="majorHAnsi" w:hAnsiTheme="majorHAnsi" w:cstheme="majorHAnsi"/>
          <w:b/>
          <w:sz w:val="24"/>
          <w:szCs w:val="24"/>
          <w:lang w:val="it-IT"/>
        </w:rPr>
        <w:t>Programma Nazionale "Scuola e competenze" 2021-2027 – Fondo Sociale Europeo Plus (FSE+)</w:t>
      </w:r>
      <w:r w:rsidR="0099232A">
        <w:rPr>
          <w:rFonts w:asciiTheme="majorHAnsi" w:hAnsiTheme="majorHAnsi" w:cstheme="majorHAnsi"/>
          <w:b/>
          <w:sz w:val="24"/>
          <w:szCs w:val="24"/>
          <w:lang w:val="it-IT"/>
        </w:rPr>
        <w:t xml:space="preserve"> </w:t>
      </w:r>
      <w:r w:rsidRPr="0099232A">
        <w:rPr>
          <w:rFonts w:asciiTheme="majorHAnsi" w:hAnsiTheme="majorHAnsi" w:cstheme="majorHAnsi"/>
          <w:sz w:val="24"/>
          <w:szCs w:val="24"/>
          <w:lang w:val="it-IT"/>
        </w:rPr>
        <w:t>Priorità 01 – Scuola e competenze – Obiettivo Specifico ESO4.6, Azione ESO4.6.A1 – Sotto-azione ESO4.6.A1.B</w:t>
      </w:r>
      <w:r w:rsidR="0099232A">
        <w:rPr>
          <w:rFonts w:asciiTheme="majorHAnsi" w:hAnsiTheme="majorHAnsi" w:cstheme="majorHAnsi"/>
          <w:sz w:val="24"/>
          <w:szCs w:val="24"/>
          <w:lang w:val="it-IT"/>
        </w:rPr>
        <w:t xml:space="preserve"> </w:t>
      </w:r>
      <w:r w:rsidRPr="0099232A">
        <w:rPr>
          <w:rFonts w:asciiTheme="majorHAnsi" w:hAnsiTheme="majorHAnsi" w:cstheme="majorHAnsi"/>
          <w:sz w:val="24"/>
          <w:szCs w:val="24"/>
          <w:lang w:val="it-IT"/>
        </w:rPr>
        <w:t>Interventi di cui al Decreto del Ministro dell’istruzione e del merito n. 175 del 9 settembre 2025.</w:t>
      </w:r>
      <w:r w:rsidR="0099232A">
        <w:rPr>
          <w:rFonts w:asciiTheme="majorHAnsi" w:hAnsiTheme="majorHAnsi" w:cstheme="majorHAnsi"/>
          <w:sz w:val="24"/>
          <w:szCs w:val="24"/>
          <w:lang w:val="it-IT"/>
        </w:rPr>
        <w:t xml:space="preserve"> </w:t>
      </w:r>
      <w:r w:rsidRPr="0099232A">
        <w:rPr>
          <w:rFonts w:asciiTheme="majorHAnsi" w:hAnsiTheme="majorHAnsi" w:cstheme="majorHAnsi"/>
          <w:sz w:val="24"/>
          <w:szCs w:val="24"/>
          <w:lang w:val="it-IT"/>
        </w:rPr>
        <w:t xml:space="preserve">Avviso pubblico </w:t>
      </w:r>
      <w:proofErr w:type="spellStart"/>
      <w:r w:rsidRPr="0099232A">
        <w:rPr>
          <w:rFonts w:asciiTheme="majorHAnsi" w:hAnsiTheme="majorHAnsi" w:cstheme="majorHAnsi"/>
          <w:sz w:val="24"/>
          <w:szCs w:val="24"/>
          <w:lang w:val="it-IT"/>
        </w:rPr>
        <w:t>prot</w:t>
      </w:r>
      <w:proofErr w:type="spellEnd"/>
      <w:r w:rsidRPr="0099232A">
        <w:rPr>
          <w:rFonts w:asciiTheme="majorHAnsi" w:hAnsiTheme="majorHAnsi" w:cstheme="majorHAnsi"/>
          <w:sz w:val="24"/>
          <w:szCs w:val="24"/>
          <w:lang w:val="it-IT"/>
        </w:rPr>
        <w:t xml:space="preserve">. n. 53338 del 09/03/2026 – Agenda Sud </w:t>
      </w:r>
      <w:proofErr w:type="spellStart"/>
      <w:r w:rsidRPr="0099232A">
        <w:rPr>
          <w:rFonts w:asciiTheme="majorHAnsi" w:hAnsiTheme="majorHAnsi" w:cstheme="majorHAnsi"/>
          <w:sz w:val="24"/>
          <w:szCs w:val="24"/>
          <w:lang w:val="it-IT"/>
        </w:rPr>
        <w:t>a.s.</w:t>
      </w:r>
      <w:proofErr w:type="spellEnd"/>
      <w:r w:rsidRPr="0099232A">
        <w:rPr>
          <w:rFonts w:asciiTheme="majorHAnsi" w:hAnsiTheme="majorHAnsi" w:cstheme="majorHAnsi"/>
          <w:sz w:val="24"/>
          <w:szCs w:val="24"/>
          <w:lang w:val="it-IT"/>
        </w:rPr>
        <w:t xml:space="preserve"> 2025-2026 e 2026-2027.</w:t>
      </w:r>
    </w:p>
    <w:p w:rsidR="0099232A" w:rsidRDefault="004D4A52" w:rsidP="0099232A">
      <w:pPr>
        <w:spacing w:after="100" w:afterAutospacing="1" w:line="240" w:lineRule="auto"/>
        <w:contextualSpacing/>
        <w:jc w:val="both"/>
        <w:rPr>
          <w:rFonts w:asciiTheme="majorHAnsi" w:hAnsiTheme="majorHAnsi" w:cstheme="majorHAnsi"/>
          <w:sz w:val="24"/>
          <w:szCs w:val="24"/>
          <w:lang w:val="it-IT"/>
        </w:rPr>
      </w:pPr>
      <w:r w:rsidRPr="0099232A">
        <w:rPr>
          <w:rFonts w:asciiTheme="majorHAnsi" w:hAnsiTheme="majorHAnsi" w:cstheme="majorHAnsi"/>
          <w:sz w:val="24"/>
          <w:szCs w:val="24"/>
          <w:lang w:val="it-IT"/>
        </w:rPr>
        <w:t>Codice Progetto: ESO4.6.A1.B-FSEPNPU-2026-561</w:t>
      </w:r>
    </w:p>
    <w:p w:rsidR="0099232A" w:rsidRDefault="004D4A52" w:rsidP="0099232A">
      <w:pPr>
        <w:spacing w:after="100" w:afterAutospacing="1" w:line="240" w:lineRule="auto"/>
        <w:contextualSpacing/>
        <w:jc w:val="both"/>
        <w:rPr>
          <w:rFonts w:asciiTheme="majorHAnsi" w:hAnsiTheme="majorHAnsi" w:cstheme="majorHAnsi"/>
          <w:sz w:val="24"/>
          <w:szCs w:val="24"/>
          <w:lang w:val="it-IT"/>
        </w:rPr>
      </w:pPr>
      <w:r w:rsidRPr="0099232A">
        <w:rPr>
          <w:rFonts w:asciiTheme="majorHAnsi" w:hAnsiTheme="majorHAnsi" w:cstheme="majorHAnsi"/>
          <w:sz w:val="24"/>
          <w:szCs w:val="24"/>
          <w:lang w:val="it-IT"/>
        </w:rPr>
        <w:t>Titolo Progetto: "Progetto di inclusione e contrasto della dispersione scolastica e consolidamento delle competenze disciplinari e di cittadinanza nell'IC Carapelle"</w:t>
      </w:r>
    </w:p>
    <w:p w:rsidR="00101E25" w:rsidRDefault="004D4A52" w:rsidP="0099232A">
      <w:pPr>
        <w:spacing w:after="100" w:afterAutospacing="1" w:line="240" w:lineRule="auto"/>
        <w:contextualSpacing/>
        <w:jc w:val="both"/>
        <w:rPr>
          <w:rFonts w:asciiTheme="majorHAnsi" w:hAnsiTheme="majorHAnsi" w:cstheme="majorHAnsi"/>
          <w:sz w:val="24"/>
          <w:szCs w:val="24"/>
          <w:lang w:val="it-IT"/>
        </w:rPr>
      </w:pPr>
      <w:r w:rsidRPr="0099232A">
        <w:rPr>
          <w:rFonts w:asciiTheme="majorHAnsi" w:hAnsiTheme="majorHAnsi" w:cstheme="majorHAnsi"/>
          <w:sz w:val="24"/>
          <w:szCs w:val="24"/>
          <w:lang w:val="it-IT"/>
        </w:rPr>
        <w:t>CUP: F24D25002770007</w:t>
      </w:r>
    </w:p>
    <w:p w:rsidR="0099232A" w:rsidRPr="0099232A" w:rsidRDefault="0099232A" w:rsidP="0099232A">
      <w:pPr>
        <w:spacing w:after="100" w:afterAutospacing="1" w:line="240" w:lineRule="auto"/>
        <w:contextualSpacing/>
        <w:jc w:val="both"/>
        <w:rPr>
          <w:rFonts w:asciiTheme="majorHAnsi" w:hAnsiTheme="majorHAnsi" w:cstheme="majorHAnsi"/>
          <w:sz w:val="24"/>
          <w:szCs w:val="24"/>
          <w:lang w:val="it-IT"/>
        </w:rPr>
      </w:pPr>
    </w:p>
    <w:p w:rsidR="00101E25" w:rsidRPr="0099232A" w:rsidRDefault="004D4A52">
      <w:pPr>
        <w:spacing w:before="120" w:after="120"/>
        <w:rPr>
          <w:rFonts w:asciiTheme="majorHAnsi" w:hAnsiTheme="majorHAnsi" w:cstheme="majorHAnsi"/>
          <w:sz w:val="24"/>
          <w:szCs w:val="24"/>
          <w:lang w:val="it-IT"/>
        </w:rPr>
      </w:pPr>
      <w:r w:rsidRPr="0099232A">
        <w:rPr>
          <w:rFonts w:asciiTheme="majorHAnsi" w:hAnsiTheme="majorHAnsi" w:cstheme="majorHAnsi"/>
          <w:b/>
          <w:color w:val="003366"/>
          <w:sz w:val="24"/>
          <w:szCs w:val="24"/>
          <w:lang w:val="it-IT"/>
        </w:rPr>
        <w:t>DATI DEI GENITORI / TUTORI LEGALI</w:t>
      </w:r>
    </w:p>
    <w:p w:rsidR="00101E25" w:rsidRPr="0099232A" w:rsidRDefault="004D4A52">
      <w:pPr>
        <w:spacing w:line="288" w:lineRule="auto"/>
        <w:rPr>
          <w:rFonts w:asciiTheme="majorHAnsi" w:hAnsiTheme="majorHAnsi" w:cstheme="majorHAnsi"/>
          <w:sz w:val="24"/>
          <w:szCs w:val="24"/>
          <w:lang w:val="it-IT"/>
        </w:rPr>
      </w:pPr>
      <w:r w:rsidRPr="0099232A">
        <w:rPr>
          <w:rFonts w:asciiTheme="majorHAnsi" w:hAnsiTheme="majorHAnsi" w:cstheme="majorHAnsi"/>
          <w:sz w:val="24"/>
          <w:szCs w:val="24"/>
          <w:lang w:val="it-IT"/>
        </w:rPr>
        <w:t>Il/La sottoscritto/a ___________________________________ nato/a a _______________________ il ___/___/________</w:t>
      </w:r>
      <w:r w:rsidRPr="0099232A">
        <w:rPr>
          <w:rFonts w:asciiTheme="majorHAnsi" w:hAnsiTheme="majorHAnsi" w:cstheme="majorHAnsi"/>
          <w:sz w:val="24"/>
          <w:szCs w:val="24"/>
          <w:lang w:val="it-IT"/>
        </w:rPr>
        <w:br/>
        <w:t>residente in via _________________________________________ città _________________________ prov. _______</w:t>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t>e</w:t>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t>Il/La sottoscritto/a ___________________________________ nato/a a _______________________ il ___/___/________</w:t>
      </w:r>
      <w:r w:rsidRPr="0099232A">
        <w:rPr>
          <w:rFonts w:asciiTheme="majorHAnsi" w:hAnsiTheme="majorHAnsi" w:cstheme="majorHAnsi"/>
          <w:sz w:val="24"/>
          <w:szCs w:val="24"/>
          <w:lang w:val="it-IT"/>
        </w:rPr>
        <w:br/>
        <w:t>residente in via _________________________________________ città _________________________ prov. _______</w:t>
      </w:r>
    </w:p>
    <w:p w:rsidR="00101E25" w:rsidRPr="0099232A" w:rsidRDefault="004D4A52">
      <w:pPr>
        <w:spacing w:before="120" w:after="120"/>
        <w:rPr>
          <w:rFonts w:asciiTheme="majorHAnsi" w:hAnsiTheme="majorHAnsi" w:cstheme="majorHAnsi"/>
          <w:sz w:val="24"/>
          <w:szCs w:val="24"/>
          <w:lang w:val="it-IT"/>
        </w:rPr>
      </w:pPr>
      <w:r w:rsidRPr="0099232A">
        <w:rPr>
          <w:rFonts w:asciiTheme="majorHAnsi" w:hAnsiTheme="majorHAnsi" w:cstheme="majorHAnsi"/>
          <w:b/>
          <w:color w:val="003366"/>
          <w:sz w:val="24"/>
          <w:szCs w:val="24"/>
          <w:lang w:val="it-IT"/>
        </w:rPr>
        <w:t>DATI DELLO STUDENTE / DELLA STUDENTESSA</w:t>
      </w:r>
    </w:p>
    <w:p w:rsidR="00101E25" w:rsidRPr="0099232A" w:rsidRDefault="004D4A52">
      <w:pPr>
        <w:spacing w:after="240" w:line="288" w:lineRule="auto"/>
        <w:rPr>
          <w:rFonts w:asciiTheme="majorHAnsi" w:hAnsiTheme="majorHAnsi" w:cstheme="majorHAnsi"/>
          <w:sz w:val="24"/>
          <w:szCs w:val="24"/>
          <w:lang w:val="it-IT"/>
        </w:rPr>
      </w:pPr>
      <w:proofErr w:type="gramStart"/>
      <w:r w:rsidRPr="0099232A">
        <w:rPr>
          <w:rFonts w:asciiTheme="majorHAnsi" w:hAnsiTheme="majorHAnsi" w:cstheme="majorHAnsi"/>
          <w:sz w:val="24"/>
          <w:szCs w:val="24"/>
          <w:lang w:val="it-IT"/>
        </w:rPr>
        <w:t>in</w:t>
      </w:r>
      <w:proofErr w:type="gramEnd"/>
      <w:r w:rsidRPr="0099232A">
        <w:rPr>
          <w:rFonts w:asciiTheme="majorHAnsi" w:hAnsiTheme="majorHAnsi" w:cstheme="majorHAnsi"/>
          <w:sz w:val="24"/>
          <w:szCs w:val="24"/>
          <w:lang w:val="it-IT"/>
        </w:rPr>
        <w:t xml:space="preserve"> qualità di GENITORI / TUTORI LEGALI dello studente/</w:t>
      </w:r>
      <w:proofErr w:type="spellStart"/>
      <w:r w:rsidRPr="0099232A">
        <w:rPr>
          <w:rFonts w:asciiTheme="majorHAnsi" w:hAnsiTheme="majorHAnsi" w:cstheme="majorHAnsi"/>
          <w:sz w:val="24"/>
          <w:szCs w:val="24"/>
          <w:lang w:val="it-IT"/>
        </w:rPr>
        <w:t>ssa</w:t>
      </w:r>
      <w:proofErr w:type="spellEnd"/>
      <w:r w:rsidRPr="0099232A">
        <w:rPr>
          <w:rFonts w:asciiTheme="majorHAnsi" w:hAnsiTheme="majorHAnsi" w:cstheme="majorHAnsi"/>
          <w:sz w:val="24"/>
          <w:szCs w:val="24"/>
          <w:lang w:val="it-IT"/>
        </w:rPr>
        <w:t xml:space="preserve"> _______________________________________________</w:t>
      </w:r>
      <w:r w:rsidRPr="0099232A">
        <w:rPr>
          <w:rFonts w:asciiTheme="majorHAnsi" w:hAnsiTheme="majorHAnsi" w:cstheme="majorHAnsi"/>
          <w:sz w:val="24"/>
          <w:szCs w:val="24"/>
          <w:lang w:val="it-IT"/>
        </w:rPr>
        <w:br/>
        <w:t xml:space="preserve">nato/a </w:t>
      </w:r>
      <w:proofErr w:type="spellStart"/>
      <w:r w:rsidRPr="0099232A">
        <w:rPr>
          <w:rFonts w:asciiTheme="majorHAnsi" w:hAnsiTheme="majorHAnsi" w:cstheme="majorHAnsi"/>
          <w:sz w:val="24"/>
          <w:szCs w:val="24"/>
          <w:lang w:val="it-IT"/>
        </w:rPr>
        <w:t>a</w:t>
      </w:r>
      <w:proofErr w:type="spellEnd"/>
      <w:r w:rsidRPr="0099232A">
        <w:rPr>
          <w:rFonts w:asciiTheme="majorHAnsi" w:hAnsiTheme="majorHAnsi" w:cstheme="majorHAnsi"/>
          <w:sz w:val="24"/>
          <w:szCs w:val="24"/>
          <w:lang w:val="it-IT"/>
        </w:rPr>
        <w:t xml:space="preserve"> ___________________________________ il ___/___/________ residente a ____________________________</w:t>
      </w:r>
      <w:r w:rsidRPr="0099232A">
        <w:rPr>
          <w:rFonts w:asciiTheme="majorHAnsi" w:hAnsiTheme="majorHAnsi" w:cstheme="majorHAnsi"/>
          <w:sz w:val="24"/>
          <w:szCs w:val="24"/>
          <w:lang w:val="it-IT"/>
        </w:rPr>
        <w:br/>
        <w:t>in via ___________________________________________________________________________________________________</w:t>
      </w:r>
      <w:r w:rsidRPr="0099232A">
        <w:rPr>
          <w:rFonts w:asciiTheme="majorHAnsi" w:hAnsiTheme="majorHAnsi" w:cstheme="majorHAnsi"/>
          <w:sz w:val="24"/>
          <w:szCs w:val="24"/>
          <w:lang w:val="it-IT"/>
        </w:rPr>
        <w:br/>
        <w:t>frequentante la classe _______ sez. _______ della Scuola (Primaria / Sec. I grado) __________________________</w:t>
      </w:r>
    </w:p>
    <w:p w:rsidR="004D4A52" w:rsidRDefault="004D4A52">
      <w:pPr>
        <w:spacing w:before="160" w:after="160"/>
        <w:rPr>
          <w:rFonts w:asciiTheme="majorHAnsi" w:hAnsiTheme="majorHAnsi" w:cstheme="majorHAnsi"/>
          <w:b/>
          <w:color w:val="003366"/>
          <w:sz w:val="24"/>
          <w:szCs w:val="24"/>
          <w:lang w:val="it-IT"/>
        </w:rPr>
      </w:pPr>
    </w:p>
    <w:p w:rsidR="004D4A52" w:rsidRDefault="004D4A52">
      <w:pPr>
        <w:spacing w:before="160" w:after="160"/>
        <w:rPr>
          <w:rFonts w:asciiTheme="majorHAnsi" w:hAnsiTheme="majorHAnsi" w:cstheme="majorHAnsi"/>
          <w:b/>
          <w:color w:val="003366"/>
          <w:sz w:val="24"/>
          <w:szCs w:val="24"/>
          <w:lang w:val="it-IT"/>
        </w:rPr>
      </w:pPr>
    </w:p>
    <w:p w:rsidR="004D4A52" w:rsidRDefault="004D4A52">
      <w:pPr>
        <w:spacing w:before="160" w:after="160"/>
        <w:rPr>
          <w:rFonts w:asciiTheme="majorHAnsi" w:hAnsiTheme="majorHAnsi" w:cstheme="majorHAnsi"/>
          <w:b/>
          <w:color w:val="003366"/>
          <w:sz w:val="24"/>
          <w:szCs w:val="24"/>
          <w:lang w:val="it-IT"/>
        </w:rPr>
      </w:pPr>
    </w:p>
    <w:p w:rsidR="00101E25" w:rsidRPr="0099232A" w:rsidRDefault="004D4A52">
      <w:pPr>
        <w:spacing w:before="160" w:after="160"/>
        <w:rPr>
          <w:rFonts w:asciiTheme="majorHAnsi" w:hAnsiTheme="majorHAnsi" w:cstheme="majorHAnsi"/>
          <w:sz w:val="24"/>
          <w:szCs w:val="24"/>
          <w:lang w:val="it-IT"/>
        </w:rPr>
      </w:pPr>
      <w:r w:rsidRPr="0099232A">
        <w:rPr>
          <w:rFonts w:asciiTheme="majorHAnsi" w:hAnsiTheme="majorHAnsi" w:cstheme="majorHAnsi"/>
          <w:b/>
          <w:color w:val="003366"/>
          <w:sz w:val="24"/>
          <w:szCs w:val="24"/>
          <w:lang w:val="it-IT"/>
        </w:rPr>
        <w:lastRenderedPageBreak/>
        <w:t>DICHIARANO / AUTORIZZANO</w:t>
      </w:r>
    </w:p>
    <w:p w:rsidR="00101E25" w:rsidRPr="0099232A" w:rsidRDefault="004D4A52" w:rsidP="0099232A">
      <w:pPr>
        <w:spacing w:after="280"/>
        <w:jc w:val="both"/>
        <w:rPr>
          <w:rFonts w:asciiTheme="majorHAnsi" w:hAnsiTheme="majorHAnsi" w:cstheme="majorHAnsi"/>
          <w:sz w:val="24"/>
          <w:szCs w:val="24"/>
          <w:lang w:val="it-IT"/>
        </w:rPr>
      </w:pPr>
      <w:r w:rsidRPr="0099232A">
        <w:rPr>
          <w:rFonts w:asciiTheme="majorHAnsi" w:hAnsiTheme="majorHAnsi" w:cstheme="majorHAnsi"/>
          <w:sz w:val="24"/>
          <w:szCs w:val="24"/>
          <w:lang w:val="it-IT"/>
        </w:rPr>
        <w:t xml:space="preserve">1. DICHIARANO di aver preso visione dell’Informativa sulla protezione dei dati personali ai sensi degli articoli 13 e 14 del Regolamento UE 2016/679 (GDPR) e dell’articolo 13 del </w:t>
      </w:r>
      <w:proofErr w:type="spellStart"/>
      <w:r w:rsidRPr="0099232A">
        <w:rPr>
          <w:rFonts w:asciiTheme="majorHAnsi" w:hAnsiTheme="majorHAnsi" w:cstheme="majorHAnsi"/>
          <w:sz w:val="24"/>
          <w:szCs w:val="24"/>
          <w:lang w:val="it-IT"/>
        </w:rPr>
        <w:t>D.Lgs.</w:t>
      </w:r>
      <w:proofErr w:type="spellEnd"/>
      <w:r w:rsidRPr="0099232A">
        <w:rPr>
          <w:rFonts w:asciiTheme="majorHAnsi" w:hAnsiTheme="majorHAnsi" w:cstheme="majorHAnsi"/>
          <w:sz w:val="24"/>
          <w:szCs w:val="24"/>
          <w:lang w:val="it-IT"/>
        </w:rPr>
        <w:t xml:space="preserve"> 196/2003, e di essere nel pieno possesso dei diritti di esercizio della potestà genitoriale/tutoria nei confronti del minore;</w:t>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t xml:space="preserve">2. AUTORIZZANO la raccolta e il trattamento dei dati personali e sensibili del minore necessari per l’accesso e la partecipazione alle attività formative ed ai moduli didattici del progetto autorizzato dall’Autorità di Gestione nell’ambito dei Fondi Strutturali Europei – Programma Nazionale “Scuola e competenze” 2021-2027 (FSE+) – Agenda Sud </w:t>
      </w:r>
      <w:proofErr w:type="spellStart"/>
      <w:r w:rsidRPr="0099232A">
        <w:rPr>
          <w:rFonts w:asciiTheme="majorHAnsi" w:hAnsiTheme="majorHAnsi" w:cstheme="majorHAnsi"/>
          <w:sz w:val="24"/>
          <w:szCs w:val="24"/>
          <w:lang w:val="it-IT"/>
        </w:rPr>
        <w:t>a.s.</w:t>
      </w:r>
      <w:proofErr w:type="spellEnd"/>
      <w:r w:rsidRPr="0099232A">
        <w:rPr>
          <w:rFonts w:asciiTheme="majorHAnsi" w:hAnsiTheme="majorHAnsi" w:cstheme="majorHAnsi"/>
          <w:sz w:val="24"/>
          <w:szCs w:val="24"/>
          <w:lang w:val="it-IT"/>
        </w:rPr>
        <w:t xml:space="preserve"> 2025-2026 e 2026-2027 – </w:t>
      </w:r>
      <w:r w:rsidRPr="0099232A">
        <w:rPr>
          <w:rFonts w:asciiTheme="majorHAnsi" w:hAnsiTheme="majorHAnsi" w:cstheme="majorHAnsi"/>
          <w:b/>
          <w:sz w:val="24"/>
          <w:szCs w:val="24"/>
          <w:lang w:val="it-IT"/>
        </w:rPr>
        <w:t>Codice Progetto: ESO4.6.A1.B-FSEPNPU-2026-561</w:t>
      </w:r>
      <w:r w:rsidRPr="0099232A">
        <w:rPr>
          <w:rFonts w:asciiTheme="majorHAnsi" w:hAnsiTheme="majorHAnsi" w:cstheme="majorHAnsi"/>
          <w:sz w:val="24"/>
          <w:szCs w:val="24"/>
          <w:lang w:val="it-IT"/>
        </w:rPr>
        <w:t>, intitolato "Progetto di inclusione e contrasto della dispersione scolastica e consolidamento delle competenze disciplinari e di cittadinanza nell'IC Carapelle" (CUP: F24D25002770007).</w:t>
      </w:r>
    </w:p>
    <w:p w:rsidR="00101E25" w:rsidRPr="0099232A" w:rsidRDefault="004D4A52">
      <w:pPr>
        <w:spacing w:before="280"/>
        <w:rPr>
          <w:rFonts w:asciiTheme="majorHAnsi" w:hAnsiTheme="majorHAnsi" w:cstheme="majorHAnsi"/>
          <w:sz w:val="24"/>
          <w:szCs w:val="24"/>
          <w:lang w:val="it-IT"/>
        </w:rPr>
      </w:pPr>
      <w:r w:rsidRPr="0099232A">
        <w:rPr>
          <w:rFonts w:asciiTheme="majorHAnsi" w:hAnsiTheme="majorHAnsi" w:cstheme="majorHAnsi"/>
          <w:sz w:val="24"/>
          <w:szCs w:val="24"/>
          <w:lang w:val="it-IT"/>
        </w:rPr>
        <w:t>Data: _____ / _____ / ________</w:t>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r>
    </w:p>
    <w:p w:rsidR="00101E25" w:rsidRPr="0099232A" w:rsidRDefault="004D4A52">
      <w:pPr>
        <w:spacing w:after="320"/>
        <w:jc w:val="right"/>
        <w:rPr>
          <w:rFonts w:asciiTheme="majorHAnsi" w:hAnsiTheme="majorHAnsi" w:cstheme="majorHAnsi"/>
          <w:sz w:val="24"/>
          <w:szCs w:val="24"/>
          <w:lang w:val="it-IT"/>
        </w:rPr>
      </w:pPr>
      <w:r w:rsidRPr="0099232A">
        <w:rPr>
          <w:rFonts w:asciiTheme="majorHAnsi" w:hAnsiTheme="majorHAnsi" w:cstheme="majorHAnsi"/>
          <w:sz w:val="24"/>
          <w:szCs w:val="24"/>
          <w:lang w:val="it-IT"/>
        </w:rPr>
        <w:t>Firma del genitore / tutore legale</w:t>
      </w:r>
      <w:r w:rsidRPr="0099232A">
        <w:rPr>
          <w:rFonts w:asciiTheme="majorHAnsi" w:hAnsiTheme="majorHAnsi" w:cstheme="majorHAnsi"/>
          <w:sz w:val="24"/>
          <w:szCs w:val="24"/>
          <w:lang w:val="it-IT"/>
        </w:rPr>
        <w:br/>
        <w:t>_________________________________________</w:t>
      </w:r>
      <w:r w:rsidRPr="0099232A">
        <w:rPr>
          <w:rFonts w:asciiTheme="majorHAnsi" w:hAnsiTheme="majorHAnsi" w:cstheme="majorHAnsi"/>
          <w:sz w:val="24"/>
          <w:szCs w:val="24"/>
          <w:lang w:val="it-IT"/>
        </w:rPr>
        <w:br/>
      </w:r>
      <w:r w:rsidRPr="0099232A">
        <w:rPr>
          <w:rFonts w:asciiTheme="majorHAnsi" w:hAnsiTheme="majorHAnsi" w:cstheme="majorHAnsi"/>
          <w:sz w:val="24"/>
          <w:szCs w:val="24"/>
          <w:lang w:val="it-IT"/>
        </w:rPr>
        <w:br/>
        <w:t>Firma del secondo genitore / tutore legale*</w:t>
      </w:r>
      <w:r w:rsidRPr="0099232A">
        <w:rPr>
          <w:rFonts w:asciiTheme="majorHAnsi" w:hAnsiTheme="majorHAnsi" w:cstheme="majorHAnsi"/>
          <w:sz w:val="24"/>
          <w:szCs w:val="24"/>
          <w:lang w:val="it-IT"/>
        </w:rPr>
        <w:br/>
        <w:t>_________________________________________</w:t>
      </w:r>
    </w:p>
    <w:p w:rsidR="00101E25" w:rsidRPr="0099232A" w:rsidRDefault="004D4A52">
      <w:pPr>
        <w:spacing w:before="120" w:after="80"/>
        <w:rPr>
          <w:rFonts w:asciiTheme="majorHAnsi" w:hAnsiTheme="majorHAnsi" w:cstheme="majorHAnsi"/>
          <w:sz w:val="24"/>
          <w:szCs w:val="24"/>
          <w:lang w:val="it-IT"/>
        </w:rPr>
      </w:pPr>
      <w:r w:rsidRPr="0099232A">
        <w:rPr>
          <w:rFonts w:asciiTheme="majorHAnsi" w:hAnsiTheme="majorHAnsi" w:cstheme="majorHAnsi"/>
          <w:b/>
          <w:sz w:val="24"/>
          <w:szCs w:val="24"/>
          <w:lang w:val="it-IT"/>
        </w:rPr>
        <w:t>Allegati obbligatori:</w:t>
      </w:r>
    </w:p>
    <w:p w:rsidR="00101E25" w:rsidRPr="0099232A" w:rsidRDefault="004D4A52">
      <w:pPr>
        <w:spacing w:after="240"/>
        <w:rPr>
          <w:rFonts w:asciiTheme="majorHAnsi" w:hAnsiTheme="majorHAnsi" w:cstheme="majorHAnsi"/>
          <w:sz w:val="24"/>
          <w:szCs w:val="24"/>
          <w:lang w:val="it-IT"/>
        </w:rPr>
      </w:pPr>
      <w:r w:rsidRPr="0099232A">
        <w:rPr>
          <w:rFonts w:asciiTheme="majorHAnsi" w:hAnsiTheme="majorHAnsi" w:cstheme="majorHAnsi"/>
          <w:sz w:val="24"/>
          <w:szCs w:val="24"/>
          <w:lang w:val="it-IT"/>
        </w:rPr>
        <w:t>• Copia del/i documento/i di identità in corso di validità del/i genitore/i o tutore/i richiedente/i.</w:t>
      </w:r>
      <w:r w:rsidRPr="0099232A">
        <w:rPr>
          <w:rFonts w:asciiTheme="majorHAnsi" w:hAnsiTheme="majorHAnsi" w:cstheme="majorHAnsi"/>
          <w:sz w:val="24"/>
          <w:szCs w:val="24"/>
          <w:lang w:val="it-IT"/>
        </w:rPr>
        <w:br/>
        <w:t>• Scheda Anagrafica Studente.</w:t>
      </w:r>
    </w:p>
    <w:p w:rsidR="00101E25" w:rsidRPr="0099232A" w:rsidRDefault="004D4A52">
      <w:pPr>
        <w:rPr>
          <w:rFonts w:asciiTheme="majorHAnsi" w:hAnsiTheme="majorHAnsi" w:cstheme="majorHAnsi"/>
          <w:sz w:val="24"/>
          <w:szCs w:val="24"/>
          <w:lang w:val="it-IT"/>
        </w:rPr>
      </w:pPr>
      <w:r w:rsidRPr="0099232A">
        <w:rPr>
          <w:rFonts w:asciiTheme="majorHAnsi" w:hAnsiTheme="majorHAnsi" w:cstheme="majorHAnsi"/>
          <w:i/>
          <w:color w:val="787878"/>
          <w:sz w:val="24"/>
          <w:szCs w:val="24"/>
          <w:lang w:val="it-IT"/>
        </w:rPr>
        <w:t>* La firma del secondo genitore è richiesta in conformità alle disposizioni vigenti in materia di responsabilità genitoriale. In caso di firma singola, il richiedente dichiara di aver effettuato la scelta nell'interesse del minore in osservanza delle norme sulla responsabilità genitoriale.</w:t>
      </w:r>
    </w:p>
    <w:sectPr w:rsidR="00101E25" w:rsidRPr="0099232A"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2485"/>
    <w:rsid w:val="00101E25"/>
    <w:rsid w:val="0015074B"/>
    <w:rsid w:val="0029639D"/>
    <w:rsid w:val="00326F90"/>
    <w:rsid w:val="00360DDE"/>
    <w:rsid w:val="004D4A52"/>
    <w:rsid w:val="009923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227DC1A-BC9C-4D0F-BF7F-0400C64EB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AD6AE-9C06-4888-8B4D-51FC26B4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2744</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ilariapiascopece@gmail.com</cp:lastModifiedBy>
  <cp:revision>2</cp:revision>
  <dcterms:created xsi:type="dcterms:W3CDTF">2026-10-21T11:43:00Z</dcterms:created>
  <dcterms:modified xsi:type="dcterms:W3CDTF">2026-10-21T11:43:00Z</dcterms:modified>
  <cp:category/>
</cp:coreProperties>
</file>