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14" w:rsidRDefault="00D53DC5" w:rsidP="0079283A">
      <w:pPr>
        <w:spacing w:after="80" w:line="240" w:lineRule="auto"/>
        <w:contextualSpacing/>
        <w:jc w:val="center"/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</w:pPr>
      <w:bookmarkStart w:id="0" w:name="_GoBack"/>
      <w:bookmarkEnd w:id="0"/>
      <w:r w:rsidRPr="0079283A">
        <w:rPr>
          <w:rFonts w:asciiTheme="majorHAnsi" w:hAnsiTheme="majorHAnsi" w:cstheme="majorHAnsi"/>
          <w:b/>
          <w:color w:val="003366"/>
          <w:sz w:val="24"/>
          <w:szCs w:val="24"/>
          <w:lang w:val="it-IT"/>
        </w:rPr>
        <w:t>SCHEDA ANAGRAFICA CORSISTA STUDENTE</w:t>
      </w:r>
    </w:p>
    <w:p w:rsidR="0079283A" w:rsidRPr="0079283A" w:rsidRDefault="0079283A" w:rsidP="0079283A">
      <w:pPr>
        <w:spacing w:after="80" w:line="240" w:lineRule="auto"/>
        <w:contextualSpacing/>
        <w:jc w:val="center"/>
        <w:rPr>
          <w:rFonts w:asciiTheme="majorHAnsi" w:hAnsiTheme="majorHAnsi" w:cstheme="majorHAnsi"/>
          <w:sz w:val="24"/>
          <w:szCs w:val="24"/>
          <w:lang w:val="it-IT"/>
        </w:rPr>
      </w:pPr>
    </w:p>
    <w:p w:rsidR="0079283A" w:rsidRPr="0079283A" w:rsidRDefault="00D53DC5" w:rsidP="0079283A">
      <w:pPr>
        <w:spacing w:line="240" w:lineRule="auto"/>
        <w:contextualSpacing/>
        <w:jc w:val="both"/>
        <w:rPr>
          <w:rFonts w:asciiTheme="majorHAnsi" w:hAnsiTheme="majorHAnsi" w:cstheme="majorHAnsi"/>
          <w:i/>
          <w:sz w:val="24"/>
          <w:szCs w:val="24"/>
          <w:lang w:val="it-IT"/>
        </w:rPr>
      </w:pPr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>Programma Nazionale "Scuola e competenze" 2021-2027 – Fondo Sociale Europeo Plus (FSE+)</w:t>
      </w:r>
      <w:r w:rsidR="0079283A">
        <w:rPr>
          <w:rFonts w:asciiTheme="majorHAnsi" w:hAnsiTheme="majorHAnsi" w:cstheme="majorHAnsi"/>
          <w:i/>
          <w:sz w:val="24"/>
          <w:szCs w:val="24"/>
          <w:lang w:val="it-IT"/>
        </w:rPr>
        <w:t xml:space="preserve"> </w:t>
      </w:r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>Priorità 01 – Scuola e competenze – Obiettivo Specifico ESO4.6, Azione ESO4.6.A1 – Sotto-azione ESO4.6.A1.B</w:t>
      </w:r>
    </w:p>
    <w:p w:rsidR="0079283A" w:rsidRPr="0079283A" w:rsidRDefault="00D53DC5" w:rsidP="0079283A">
      <w:pPr>
        <w:spacing w:line="240" w:lineRule="auto"/>
        <w:contextualSpacing/>
        <w:jc w:val="both"/>
        <w:rPr>
          <w:rFonts w:asciiTheme="majorHAnsi" w:hAnsiTheme="majorHAnsi" w:cstheme="majorHAnsi"/>
          <w:i/>
          <w:sz w:val="24"/>
          <w:szCs w:val="24"/>
          <w:lang w:val="it-IT"/>
        </w:rPr>
      </w:pPr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 xml:space="preserve">Avviso pubblico </w:t>
      </w:r>
      <w:proofErr w:type="spellStart"/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>prot</w:t>
      </w:r>
      <w:proofErr w:type="spellEnd"/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 xml:space="preserve">. n. 53338 del 09/03/2026 – Agenda Sud </w:t>
      </w:r>
      <w:proofErr w:type="spellStart"/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>a.s.</w:t>
      </w:r>
      <w:proofErr w:type="spellEnd"/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 xml:space="preserve"> 2025-2026 e 2026-2027</w:t>
      </w:r>
    </w:p>
    <w:p w:rsidR="0079283A" w:rsidRDefault="00D53DC5" w:rsidP="0079283A">
      <w:pPr>
        <w:spacing w:line="240" w:lineRule="auto"/>
        <w:contextualSpacing/>
        <w:jc w:val="both"/>
        <w:rPr>
          <w:rFonts w:asciiTheme="majorHAnsi" w:hAnsiTheme="majorHAnsi" w:cstheme="majorHAnsi"/>
          <w:i/>
          <w:sz w:val="24"/>
          <w:szCs w:val="24"/>
          <w:lang w:val="it-IT"/>
        </w:rPr>
      </w:pPr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>Codice Progetto</w:t>
      </w:r>
      <w:r w:rsidR="0079283A">
        <w:rPr>
          <w:rFonts w:asciiTheme="majorHAnsi" w:hAnsiTheme="majorHAnsi" w:cstheme="majorHAnsi"/>
          <w:i/>
          <w:sz w:val="24"/>
          <w:szCs w:val="24"/>
          <w:lang w:val="it-IT"/>
        </w:rPr>
        <w:t xml:space="preserve">: ESO4.6.A1.B-FSEPNPU-2026-561 </w:t>
      </w:r>
    </w:p>
    <w:p w:rsidR="0079283A" w:rsidRPr="0079283A" w:rsidRDefault="00D53DC5" w:rsidP="0079283A">
      <w:pPr>
        <w:spacing w:line="240" w:lineRule="auto"/>
        <w:contextualSpacing/>
        <w:jc w:val="both"/>
        <w:rPr>
          <w:rFonts w:asciiTheme="majorHAnsi" w:hAnsiTheme="majorHAnsi" w:cstheme="majorHAnsi"/>
          <w:i/>
          <w:sz w:val="24"/>
          <w:szCs w:val="24"/>
          <w:lang w:val="it-IT"/>
        </w:rPr>
      </w:pPr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 xml:space="preserve"> CUP: F24D25002770007</w:t>
      </w:r>
    </w:p>
    <w:p w:rsidR="00587B14" w:rsidRDefault="00D53DC5" w:rsidP="0079283A">
      <w:pPr>
        <w:spacing w:line="240" w:lineRule="auto"/>
        <w:contextualSpacing/>
        <w:jc w:val="both"/>
        <w:rPr>
          <w:rFonts w:asciiTheme="majorHAnsi" w:hAnsiTheme="majorHAnsi" w:cstheme="majorHAnsi"/>
          <w:i/>
          <w:sz w:val="24"/>
          <w:szCs w:val="24"/>
          <w:lang w:val="it-IT"/>
        </w:rPr>
      </w:pPr>
      <w:r w:rsidRPr="0079283A">
        <w:rPr>
          <w:rFonts w:asciiTheme="majorHAnsi" w:hAnsiTheme="majorHAnsi" w:cstheme="majorHAnsi"/>
          <w:i/>
          <w:sz w:val="24"/>
          <w:szCs w:val="24"/>
          <w:lang w:val="it-IT"/>
        </w:rPr>
        <w:t>Titolo Progetto: "Progetto di inclusione e contrasto della dispersione scolastica e consolidamento delle competenze disciplinari e di cittadinanza nell'IC Carapelle"</w:t>
      </w:r>
    </w:p>
    <w:p w:rsidR="0079283A" w:rsidRDefault="0079283A" w:rsidP="0079283A">
      <w:pPr>
        <w:spacing w:line="240" w:lineRule="auto"/>
        <w:contextualSpacing/>
        <w:jc w:val="both"/>
        <w:rPr>
          <w:rFonts w:asciiTheme="majorHAnsi" w:hAnsiTheme="majorHAnsi" w:cstheme="majorHAnsi"/>
          <w:i/>
          <w:sz w:val="24"/>
          <w:szCs w:val="24"/>
          <w:lang w:val="it-IT"/>
        </w:rPr>
      </w:pPr>
    </w:p>
    <w:p w:rsidR="0079283A" w:rsidRPr="0079283A" w:rsidRDefault="0079283A" w:rsidP="0079283A">
      <w:pPr>
        <w:spacing w:line="240" w:lineRule="auto"/>
        <w:contextualSpacing/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587B14" w:rsidRPr="00C7624A">
        <w:trPr>
          <w:jc w:val="center"/>
        </w:trPr>
        <w:tc>
          <w:tcPr>
            <w:tcW w:w="9792" w:type="dxa"/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7B14" w:rsidRPr="0079283A" w:rsidRDefault="00C7624A">
            <w:pPr>
              <w:spacing w:after="0"/>
              <w:rPr>
                <w:rFonts w:asciiTheme="majorHAnsi" w:hAnsiTheme="majorHAnsi" w:cstheme="majorHAnsi"/>
                <w:lang w:val="it-IT"/>
              </w:rPr>
            </w:pPr>
            <w:r>
              <w:rPr>
                <w:rFonts w:asciiTheme="majorHAnsi" w:hAnsiTheme="majorHAnsi" w:cstheme="majorHAnsi"/>
                <w:b/>
                <w:color w:val="FFFFFF"/>
                <w:lang w:val="it-IT"/>
              </w:rPr>
              <w:t>SEZIONE 1</w:t>
            </w:r>
            <w:r w:rsidR="00D53DC5" w:rsidRPr="0079283A">
              <w:rPr>
                <w:rFonts w:asciiTheme="majorHAnsi" w:hAnsiTheme="majorHAnsi" w:cstheme="majorHAnsi"/>
                <w:b/>
                <w:color w:val="FFFFFF"/>
                <w:lang w:val="it-IT"/>
              </w:rPr>
              <w:t xml:space="preserve"> – SELEZIONE E SCELTA MODULO FORMATIVO AGENDA SUD</w:t>
            </w:r>
          </w:p>
        </w:tc>
      </w:tr>
    </w:tbl>
    <w:p w:rsidR="00587B14" w:rsidRPr="0079283A" w:rsidRDefault="00D53DC5">
      <w:pPr>
        <w:spacing w:before="80" w:after="80"/>
        <w:rPr>
          <w:rFonts w:asciiTheme="majorHAnsi" w:hAnsiTheme="majorHAnsi" w:cstheme="majorHAnsi"/>
          <w:lang w:val="it-IT"/>
        </w:rPr>
      </w:pPr>
      <w:r w:rsidRPr="0079283A">
        <w:rPr>
          <w:rFonts w:asciiTheme="majorHAnsi" w:hAnsiTheme="majorHAnsi" w:cstheme="majorHAnsi"/>
          <w:lang w:val="it-IT"/>
        </w:rPr>
        <w:t>Indicare con una crocetta (X) il modulo formativo per il quale si richiede la partecipazione dell'alunno/a (durata 30 ore):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576"/>
        <w:gridCol w:w="7056"/>
        <w:gridCol w:w="1296"/>
      </w:tblGrid>
      <w:tr w:rsidR="00587B14" w:rsidRPr="0079283A">
        <w:trPr>
          <w:jc w:val="center"/>
        </w:trPr>
        <w:tc>
          <w:tcPr>
            <w:tcW w:w="864" w:type="dxa"/>
            <w:shd w:val="clear" w:color="auto" w:fill="E6EC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79283A">
              <w:rPr>
                <w:rFonts w:asciiTheme="majorHAnsi" w:hAnsiTheme="majorHAnsi" w:cstheme="majorHAnsi"/>
                <w:b/>
              </w:rPr>
              <w:t>Scelta</w:t>
            </w:r>
            <w:proofErr w:type="spellEnd"/>
          </w:p>
        </w:tc>
        <w:tc>
          <w:tcPr>
            <w:tcW w:w="576" w:type="dxa"/>
            <w:shd w:val="clear" w:color="auto" w:fill="E6EC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N.</w:t>
            </w:r>
          </w:p>
        </w:tc>
        <w:tc>
          <w:tcPr>
            <w:tcW w:w="7056" w:type="dxa"/>
            <w:shd w:val="clear" w:color="auto" w:fill="E6EC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Titolo Modulo Formativo</w:t>
            </w:r>
          </w:p>
        </w:tc>
        <w:tc>
          <w:tcPr>
            <w:tcW w:w="1296" w:type="dxa"/>
            <w:shd w:val="clear" w:color="auto" w:fill="E6EC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Durata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162345 - Percorsi per le competenze di matematica e trasversali (alunni secondaria di I grado)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162325 - Percorsi per il consolidamento delle competenze di italiano L1 (alunni secondaria di I grado)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162357 - Percorsi di potenziamento delle competenze di inglese e trasversali (alunni della secondaria di I grado)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162371 - Percorsi di recupero e alfabetizzazione delle competenze di italiano per alunni/e stranieri (alunni secondaria I grado)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162349 - Percorsi per il recupero e potenziamento delle competenze di matematica (alunni scuola primaria)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162377 - Percorsi per l'alfabetizzazione di italiano per alunni stranieri (alunni scuola primaria)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162366 - Percorsi per il recupero e potenziamento delle competenze di inglese (alunni scuola primaria)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  <w:tr w:rsidR="00587B14" w:rsidRPr="0079283A">
        <w:trPr>
          <w:jc w:val="center"/>
        </w:trPr>
        <w:tc>
          <w:tcPr>
            <w:tcW w:w="864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 ]</w:t>
            </w:r>
          </w:p>
        </w:tc>
        <w:tc>
          <w:tcPr>
            <w:tcW w:w="57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705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>162337 - Percorsi per il potenziamento delle competenze di italiano e trasversali (alunni scuola primaria)</w:t>
            </w:r>
          </w:p>
        </w:tc>
        <w:tc>
          <w:tcPr>
            <w:tcW w:w="12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jc w:val="center"/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30 ore</w:t>
            </w:r>
          </w:p>
        </w:tc>
      </w:tr>
    </w:tbl>
    <w:p w:rsidR="00587B14" w:rsidRDefault="00587B14">
      <w:pPr>
        <w:spacing w:after="40"/>
        <w:rPr>
          <w:rFonts w:asciiTheme="majorHAnsi" w:hAnsiTheme="majorHAnsi" w:cstheme="majorHAnsi"/>
        </w:rPr>
      </w:pPr>
    </w:p>
    <w:p w:rsidR="0079283A" w:rsidRDefault="0079283A">
      <w:pPr>
        <w:spacing w:after="40"/>
        <w:rPr>
          <w:rFonts w:asciiTheme="majorHAnsi" w:hAnsiTheme="majorHAnsi" w:cstheme="majorHAnsi"/>
        </w:rPr>
      </w:pPr>
    </w:p>
    <w:p w:rsidR="0079283A" w:rsidRDefault="0079283A">
      <w:pPr>
        <w:spacing w:after="40"/>
        <w:rPr>
          <w:rFonts w:asciiTheme="majorHAnsi" w:hAnsiTheme="majorHAnsi" w:cstheme="majorHAnsi"/>
        </w:rPr>
      </w:pPr>
    </w:p>
    <w:p w:rsidR="0079283A" w:rsidRPr="0079283A" w:rsidRDefault="0079283A">
      <w:pPr>
        <w:spacing w:after="40"/>
        <w:rPr>
          <w:rFonts w:asciiTheme="majorHAnsi" w:hAnsiTheme="majorHAnsi" w:cstheme="majorHAns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587B14" w:rsidRPr="00C7624A">
        <w:trPr>
          <w:jc w:val="center"/>
        </w:trPr>
        <w:tc>
          <w:tcPr>
            <w:tcW w:w="9792" w:type="dxa"/>
            <w:gridSpan w:val="2"/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7B14" w:rsidRPr="0079283A" w:rsidRDefault="00C7624A">
            <w:pPr>
              <w:spacing w:after="0"/>
              <w:rPr>
                <w:rFonts w:asciiTheme="majorHAnsi" w:hAnsiTheme="majorHAnsi" w:cstheme="majorHAnsi"/>
                <w:lang w:val="it-IT"/>
              </w:rPr>
            </w:pPr>
            <w:r>
              <w:rPr>
                <w:rFonts w:asciiTheme="majorHAnsi" w:hAnsiTheme="majorHAnsi" w:cstheme="majorHAnsi"/>
                <w:b/>
                <w:color w:val="FFFFFF"/>
                <w:lang w:val="it-IT"/>
              </w:rPr>
              <w:lastRenderedPageBreak/>
              <w:t>SEZIONE 2</w:t>
            </w:r>
            <w:r w:rsidR="00D53DC5" w:rsidRPr="0079283A">
              <w:rPr>
                <w:rFonts w:asciiTheme="majorHAnsi" w:hAnsiTheme="majorHAnsi" w:cstheme="majorHAnsi"/>
                <w:b/>
                <w:color w:val="FFFFFF"/>
                <w:lang w:val="it-IT"/>
              </w:rPr>
              <w:t xml:space="preserve"> – DATI ANAGRAFICI LO STUDENTE E ORDINE DI SCUOLA</w:t>
            </w:r>
          </w:p>
        </w:tc>
      </w:tr>
      <w:tr w:rsidR="00587B14" w:rsidRPr="0079283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proofErr w:type="spellStart"/>
            <w:r w:rsidRPr="0079283A">
              <w:rPr>
                <w:rFonts w:asciiTheme="majorHAnsi" w:hAnsiTheme="majorHAnsi" w:cstheme="majorHAnsi"/>
                <w:b/>
              </w:rPr>
              <w:t>Cognome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 xml:space="preserve"> e Nome </w:t>
            </w:r>
            <w:proofErr w:type="spellStart"/>
            <w:r w:rsidRPr="0079283A">
              <w:rPr>
                <w:rFonts w:asciiTheme="majorHAnsi" w:hAnsiTheme="majorHAnsi" w:cstheme="majorHAnsi"/>
                <w:b/>
              </w:rPr>
              <w:t>Studente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587B14">
            <w:pPr>
              <w:rPr>
                <w:rFonts w:asciiTheme="majorHAnsi" w:hAnsiTheme="majorHAnsi" w:cstheme="majorHAnsi"/>
              </w:rPr>
            </w:pPr>
          </w:p>
        </w:tc>
      </w:tr>
      <w:tr w:rsidR="00587B14" w:rsidRPr="0079283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Codice Fiscale Studente: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587B14">
            <w:pPr>
              <w:rPr>
                <w:rFonts w:asciiTheme="majorHAnsi" w:hAnsiTheme="majorHAnsi" w:cstheme="majorHAnsi"/>
              </w:rPr>
            </w:pPr>
          </w:p>
        </w:tc>
      </w:tr>
      <w:tr w:rsidR="00587B14" w:rsidRPr="00C7624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b/>
                <w:lang w:val="it-IT"/>
              </w:rPr>
              <w:t>Data e Luogo di Nascita: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587B14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587B14" w:rsidRPr="0079283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proofErr w:type="spellStart"/>
            <w:r w:rsidRPr="0079283A">
              <w:rPr>
                <w:rFonts w:asciiTheme="majorHAnsi" w:hAnsiTheme="majorHAnsi" w:cstheme="majorHAnsi"/>
                <w:b/>
              </w:rPr>
              <w:t>Sesso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 xml:space="preserve"> / </w:t>
            </w:r>
            <w:proofErr w:type="spellStart"/>
            <w:r w:rsidRPr="0079283A">
              <w:rPr>
                <w:rFonts w:asciiTheme="majorHAnsi" w:hAnsiTheme="majorHAnsi" w:cstheme="majorHAnsi"/>
                <w:b/>
              </w:rPr>
              <w:t>Cittadinanza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[  ] M   [  ] F    |   Cittadinanza: ___________________</w:t>
            </w:r>
          </w:p>
        </w:tc>
      </w:tr>
      <w:tr w:rsidR="00587B14" w:rsidRPr="00C7624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b/>
                <w:lang w:val="it-IT"/>
              </w:rPr>
              <w:t>Ordine di Scuola e Plesso: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proofErr w:type="gramStart"/>
            <w:r w:rsidRPr="0079283A">
              <w:rPr>
                <w:rFonts w:asciiTheme="majorHAnsi" w:hAnsiTheme="majorHAnsi" w:cstheme="majorHAnsi"/>
                <w:lang w:val="it-IT"/>
              </w:rPr>
              <w:t>[  ]</w:t>
            </w:r>
            <w:proofErr w:type="gramEnd"/>
            <w:r w:rsidRPr="0079283A">
              <w:rPr>
                <w:rFonts w:asciiTheme="majorHAnsi" w:hAnsiTheme="majorHAnsi" w:cstheme="majorHAnsi"/>
                <w:lang w:val="it-IT"/>
              </w:rPr>
              <w:t xml:space="preserve"> Scuola Primaria    [  ] Scuola Sec. I Grado  | Plesso: ____________</w:t>
            </w:r>
          </w:p>
        </w:tc>
      </w:tr>
      <w:tr w:rsidR="00587B14" w:rsidRPr="0079283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391D81">
            <w:pPr>
              <w:rPr>
                <w:rFonts w:asciiTheme="majorHAnsi" w:hAnsiTheme="majorHAnsi" w:cstheme="majorHAnsi"/>
                <w:lang w:val="it-IT"/>
              </w:rPr>
            </w:pPr>
            <w:r>
              <w:rPr>
                <w:rFonts w:asciiTheme="majorHAnsi" w:hAnsiTheme="majorHAnsi" w:cstheme="majorHAnsi"/>
                <w:b/>
                <w:lang w:val="it-IT"/>
              </w:rPr>
              <w:t xml:space="preserve">Classe e Sezione </w:t>
            </w:r>
            <w:proofErr w:type="spellStart"/>
            <w:r>
              <w:rPr>
                <w:rFonts w:asciiTheme="majorHAnsi" w:hAnsiTheme="majorHAnsi" w:cstheme="majorHAnsi"/>
                <w:b/>
                <w:lang w:val="it-IT"/>
              </w:rPr>
              <w:t>a.s.</w:t>
            </w:r>
            <w:proofErr w:type="spellEnd"/>
            <w:r>
              <w:rPr>
                <w:rFonts w:asciiTheme="majorHAnsi" w:hAnsiTheme="majorHAnsi" w:cstheme="majorHAnsi"/>
                <w:b/>
                <w:lang w:val="it-IT"/>
              </w:rPr>
              <w:t xml:space="preserve"> 2026/2027</w:t>
            </w:r>
            <w:r w:rsidR="00D53DC5" w:rsidRPr="0079283A">
              <w:rPr>
                <w:rFonts w:asciiTheme="majorHAnsi" w:hAnsiTheme="majorHAnsi" w:cstheme="majorHAnsi"/>
                <w:b/>
                <w:lang w:val="it-IT"/>
              </w:rPr>
              <w:t>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proofErr w:type="spellStart"/>
            <w:r w:rsidRPr="0079283A">
              <w:rPr>
                <w:rFonts w:asciiTheme="majorHAnsi" w:hAnsiTheme="majorHAnsi" w:cstheme="majorHAnsi"/>
              </w:rPr>
              <w:t>Classe</w:t>
            </w:r>
            <w:proofErr w:type="spellEnd"/>
            <w:r w:rsidRPr="0079283A">
              <w:rPr>
                <w:rFonts w:asciiTheme="majorHAnsi" w:hAnsiTheme="majorHAnsi" w:cstheme="majorHAnsi"/>
              </w:rPr>
              <w:t xml:space="preserve">: _______  </w:t>
            </w:r>
            <w:proofErr w:type="spellStart"/>
            <w:r w:rsidRPr="0079283A">
              <w:rPr>
                <w:rFonts w:asciiTheme="majorHAnsi" w:hAnsiTheme="majorHAnsi" w:cstheme="majorHAnsi"/>
              </w:rPr>
              <w:t>Sezione</w:t>
            </w:r>
            <w:proofErr w:type="spellEnd"/>
            <w:r w:rsidRPr="0079283A">
              <w:rPr>
                <w:rFonts w:asciiTheme="majorHAnsi" w:hAnsiTheme="majorHAnsi" w:cstheme="majorHAnsi"/>
              </w:rPr>
              <w:t>: _______</w:t>
            </w:r>
          </w:p>
        </w:tc>
      </w:tr>
      <w:tr w:rsidR="00587B14" w:rsidRPr="0079283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Telefono / Cellulare Genitore: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Tel: __________________  Cell: __________________</w:t>
            </w:r>
          </w:p>
        </w:tc>
      </w:tr>
      <w:tr w:rsidR="00587B14" w:rsidRPr="0079283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312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E-mail Genitore/Tutore:</w:t>
            </w:r>
          </w:p>
        </w:tc>
        <w:tc>
          <w:tcPr>
            <w:tcW w:w="648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</w:rPr>
              <w:t>E-mail: _________________________________________</w:t>
            </w:r>
          </w:p>
        </w:tc>
      </w:tr>
    </w:tbl>
    <w:p w:rsidR="00587B14" w:rsidRPr="0079283A" w:rsidRDefault="00587B14">
      <w:pPr>
        <w:spacing w:after="40"/>
        <w:rPr>
          <w:rFonts w:asciiTheme="majorHAnsi" w:hAnsiTheme="majorHAnsi" w:cstheme="majorHAnsi"/>
        </w:rPr>
      </w:pPr>
    </w:p>
    <w:p w:rsidR="00587B14" w:rsidRPr="0079283A" w:rsidRDefault="00587B14">
      <w:pPr>
        <w:spacing w:after="40"/>
        <w:rPr>
          <w:rFonts w:asciiTheme="majorHAnsi" w:hAnsiTheme="majorHAnsi" w:cstheme="majorHAnsi"/>
          <w:lang w:val="it-IT"/>
        </w:rPr>
      </w:pPr>
    </w:p>
    <w:p w:rsidR="00587B14" w:rsidRPr="0079283A" w:rsidRDefault="00587B14">
      <w:pPr>
        <w:spacing w:after="40"/>
        <w:rPr>
          <w:rFonts w:asciiTheme="majorHAnsi" w:hAnsiTheme="majorHAnsi" w:cstheme="majorHAnsi"/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587B14" w:rsidRPr="00C7624A">
        <w:trPr>
          <w:jc w:val="center"/>
        </w:trPr>
        <w:tc>
          <w:tcPr>
            <w:tcW w:w="9792" w:type="dxa"/>
            <w:gridSpan w:val="2"/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7B14" w:rsidRPr="0079283A" w:rsidRDefault="00C7624A">
            <w:pPr>
              <w:spacing w:after="0"/>
              <w:rPr>
                <w:rFonts w:asciiTheme="majorHAnsi" w:hAnsiTheme="majorHAnsi" w:cstheme="majorHAnsi"/>
                <w:lang w:val="it-IT"/>
              </w:rPr>
            </w:pPr>
            <w:r>
              <w:rPr>
                <w:rFonts w:asciiTheme="majorHAnsi" w:hAnsiTheme="majorHAnsi" w:cstheme="majorHAnsi"/>
                <w:b/>
                <w:color w:val="FFFFFF"/>
                <w:lang w:val="it-IT"/>
              </w:rPr>
              <w:t>SEZIONE 3</w:t>
            </w:r>
            <w:r w:rsidR="00D53DC5" w:rsidRPr="0079283A">
              <w:rPr>
                <w:rFonts w:asciiTheme="majorHAnsi" w:hAnsiTheme="majorHAnsi" w:cstheme="majorHAnsi"/>
                <w:b/>
                <w:color w:val="FFFFFF"/>
                <w:lang w:val="it-IT"/>
              </w:rPr>
              <w:t xml:space="preserve"> – CERTIFICAZIONI LINGUISTICHE E INFORMATICHE</w:t>
            </w:r>
          </w:p>
        </w:tc>
      </w:tr>
      <w:tr w:rsidR="00587B14" w:rsidRPr="0079283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4896" w:type="dxa"/>
            <w:shd w:val="clear" w:color="auto" w:fill="E6ECF2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CERTIFICAZIONI LINGUISTICHE:  [  ] SI   [  ] NO</w:t>
            </w:r>
          </w:p>
        </w:tc>
        <w:tc>
          <w:tcPr>
            <w:tcW w:w="4896" w:type="dxa"/>
            <w:shd w:val="clear" w:color="auto" w:fill="E6ECF2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r w:rsidRPr="0079283A">
              <w:rPr>
                <w:rFonts w:asciiTheme="majorHAnsi" w:hAnsiTheme="majorHAnsi" w:cstheme="majorHAnsi"/>
                <w:b/>
              </w:rPr>
              <w:t>CERTIFICAZIONI INFORMATICHE:  [  ] SI   [  ] NO</w:t>
            </w:r>
          </w:p>
        </w:tc>
      </w:tr>
      <w:tr w:rsidR="00587B14" w:rsidRPr="00C7624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48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proofErr w:type="gramStart"/>
            <w:r w:rsidRPr="0079283A">
              <w:rPr>
                <w:rFonts w:asciiTheme="majorHAnsi" w:hAnsiTheme="majorHAnsi" w:cstheme="majorHAnsi"/>
                <w:lang w:val="it-IT"/>
              </w:rPr>
              <w:t>Lingua: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[</w:t>
            </w:r>
            <w:proofErr w:type="gramEnd"/>
            <w:r w:rsidRPr="0079283A">
              <w:rPr>
                <w:rFonts w:asciiTheme="majorHAnsi" w:hAnsiTheme="majorHAnsi" w:cstheme="majorHAnsi"/>
                <w:lang w:val="it-IT"/>
              </w:rPr>
              <w:t xml:space="preserve">  ] Inglese   [  ] Francese   [  ] Spagnolo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[  ] Tedesco   [  ] Italiano L2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Livello conseguito: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[  ] A1   [  ] A2   [  ] B1   [  ] B2   [  ] C1   [  ] C2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Ente / Nome certificazione: ___________________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Anno di conseguimento: _______________________</w:t>
            </w:r>
          </w:p>
        </w:tc>
        <w:tc>
          <w:tcPr>
            <w:tcW w:w="4896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 xml:space="preserve">Tipologia </w:t>
            </w:r>
            <w:proofErr w:type="gramStart"/>
            <w:r w:rsidRPr="0079283A">
              <w:rPr>
                <w:rFonts w:asciiTheme="majorHAnsi" w:hAnsiTheme="majorHAnsi" w:cstheme="majorHAnsi"/>
                <w:lang w:val="it-IT"/>
              </w:rPr>
              <w:t>certificazione: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[</w:t>
            </w:r>
            <w:proofErr w:type="gramEnd"/>
            <w:r w:rsidRPr="0079283A">
              <w:rPr>
                <w:rFonts w:asciiTheme="majorHAnsi" w:hAnsiTheme="majorHAnsi" w:cstheme="majorHAnsi"/>
                <w:lang w:val="it-IT"/>
              </w:rPr>
              <w:t xml:space="preserve">  ] EIPASS   [  ] ECDL / ICDL   [  ] PEKIT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[  ] CISCO   [  ] EUCIP   [  ] IC3   [  ] MOUS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Livello: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[  ] Base   [  ] Intermedio   [  ] Avanzato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Nome certificazione: _________________________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Anno di conseguimento: _______________________</w:t>
            </w:r>
          </w:p>
        </w:tc>
      </w:tr>
    </w:tbl>
    <w:p w:rsidR="00587B14" w:rsidRPr="0079283A" w:rsidRDefault="00587B14">
      <w:pPr>
        <w:spacing w:after="40"/>
        <w:rPr>
          <w:rFonts w:asciiTheme="majorHAnsi" w:hAnsiTheme="majorHAnsi" w:cstheme="majorHAnsi"/>
          <w:lang w:val="it-IT"/>
        </w:rPr>
      </w:pPr>
    </w:p>
    <w:p w:rsidR="00587B14" w:rsidRPr="0079283A" w:rsidRDefault="00587B14">
      <w:pPr>
        <w:spacing w:after="40"/>
        <w:rPr>
          <w:rFonts w:asciiTheme="majorHAnsi" w:hAnsiTheme="majorHAnsi" w:cstheme="majorHAnsi"/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587B14" w:rsidRPr="00C7624A">
        <w:trPr>
          <w:jc w:val="center"/>
        </w:trPr>
        <w:tc>
          <w:tcPr>
            <w:tcW w:w="9792" w:type="dxa"/>
            <w:gridSpan w:val="2"/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7B14" w:rsidRPr="0079283A" w:rsidRDefault="00C7624A">
            <w:pPr>
              <w:spacing w:after="0"/>
              <w:rPr>
                <w:rFonts w:asciiTheme="majorHAnsi" w:hAnsiTheme="majorHAnsi" w:cstheme="majorHAnsi"/>
                <w:lang w:val="it-IT"/>
              </w:rPr>
            </w:pPr>
            <w:r>
              <w:rPr>
                <w:rFonts w:asciiTheme="majorHAnsi" w:hAnsiTheme="majorHAnsi" w:cstheme="majorHAnsi"/>
                <w:b/>
                <w:color w:val="FFFFFF"/>
                <w:lang w:val="it-IT"/>
              </w:rPr>
              <w:t>SEZIONE 4</w:t>
            </w:r>
            <w:r w:rsidR="00D53DC5" w:rsidRPr="0079283A">
              <w:rPr>
                <w:rFonts w:asciiTheme="majorHAnsi" w:hAnsiTheme="majorHAnsi" w:cstheme="majorHAnsi"/>
                <w:b/>
                <w:color w:val="FFFFFF"/>
                <w:lang w:val="it-IT"/>
              </w:rPr>
              <w:t xml:space="preserve"> – INFORMAZIONI SUL NUCLEO FAMILIARE</w:t>
            </w:r>
          </w:p>
        </w:tc>
      </w:tr>
      <w:tr w:rsidR="00587B14" w:rsidRPr="00C7624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600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b/>
                <w:lang w:val="it-IT"/>
              </w:rPr>
              <w:t>Composizione del nucleo familiare (adulti):</w:t>
            </w:r>
          </w:p>
        </w:tc>
        <w:tc>
          <w:tcPr>
            <w:tcW w:w="6192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proofErr w:type="gramStart"/>
            <w:r w:rsidRPr="0079283A">
              <w:rPr>
                <w:rFonts w:asciiTheme="majorHAnsi" w:hAnsiTheme="majorHAnsi" w:cstheme="majorHAnsi"/>
                <w:lang w:val="it-IT"/>
              </w:rPr>
              <w:t>[  ]</w:t>
            </w:r>
            <w:proofErr w:type="gramEnd"/>
            <w:r w:rsidRPr="0079283A">
              <w:rPr>
                <w:rFonts w:asciiTheme="majorHAnsi" w:hAnsiTheme="majorHAnsi" w:cstheme="majorHAnsi"/>
                <w:lang w:val="it-IT"/>
              </w:rPr>
              <w:t xml:space="preserve"> Un solo adulto   [  ] Più di un adulto</w:t>
            </w:r>
          </w:p>
        </w:tc>
      </w:tr>
      <w:tr w:rsidR="00587B14" w:rsidRPr="00C7624A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E0E0E0"/>
            <w:insideV w:val="single" w:sz="4" w:space="0" w:color="E0E0E0"/>
          </w:tblBorders>
        </w:tblPrEx>
        <w:trPr>
          <w:jc w:val="center"/>
        </w:trPr>
        <w:tc>
          <w:tcPr>
            <w:tcW w:w="3600" w:type="dxa"/>
            <w:shd w:val="clear" w:color="auto" w:fill="F2F4F7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proofErr w:type="spellStart"/>
            <w:r w:rsidRPr="0079283A">
              <w:rPr>
                <w:rFonts w:asciiTheme="majorHAnsi" w:hAnsiTheme="majorHAnsi" w:cstheme="majorHAnsi"/>
                <w:b/>
              </w:rPr>
              <w:t>Occupazione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9283A">
              <w:rPr>
                <w:rFonts w:asciiTheme="majorHAnsi" w:hAnsiTheme="majorHAnsi" w:cstheme="majorHAnsi"/>
                <w:b/>
              </w:rPr>
              <w:t>nel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9283A">
              <w:rPr>
                <w:rFonts w:asciiTheme="majorHAnsi" w:hAnsiTheme="majorHAnsi" w:cstheme="majorHAnsi"/>
                <w:b/>
              </w:rPr>
              <w:t>nucleo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79283A">
              <w:rPr>
                <w:rFonts w:asciiTheme="majorHAnsi" w:hAnsiTheme="majorHAnsi" w:cstheme="majorHAnsi"/>
                <w:b/>
              </w:rPr>
              <w:t>familiare</w:t>
            </w:r>
            <w:proofErr w:type="spellEnd"/>
            <w:r w:rsidRPr="0079283A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6192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:rsidR="00587B14" w:rsidRPr="0079283A" w:rsidRDefault="00D53DC5">
            <w:pPr>
              <w:rPr>
                <w:rFonts w:asciiTheme="majorHAnsi" w:hAnsiTheme="majorHAnsi" w:cstheme="majorHAnsi"/>
                <w:lang w:val="it-IT"/>
              </w:rPr>
            </w:pPr>
            <w:proofErr w:type="gramStart"/>
            <w:r w:rsidRPr="0079283A">
              <w:rPr>
                <w:rFonts w:asciiTheme="majorHAnsi" w:hAnsiTheme="majorHAnsi" w:cstheme="majorHAnsi"/>
                <w:lang w:val="it-IT"/>
              </w:rPr>
              <w:t>[  ]</w:t>
            </w:r>
            <w:proofErr w:type="gramEnd"/>
            <w:r w:rsidRPr="0079283A">
              <w:rPr>
                <w:rFonts w:asciiTheme="majorHAnsi" w:hAnsiTheme="majorHAnsi" w:cstheme="majorHAnsi"/>
                <w:lang w:val="it-IT"/>
              </w:rPr>
              <w:t xml:space="preserve"> È presente almeno un adulto che lavora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[  ] Nel nucleo familiare nessun adulto lavora</w:t>
            </w:r>
          </w:p>
        </w:tc>
      </w:tr>
    </w:tbl>
    <w:p w:rsidR="00587B14" w:rsidRPr="0079283A" w:rsidRDefault="00D53DC5">
      <w:pPr>
        <w:spacing w:before="200" w:after="120"/>
        <w:rPr>
          <w:rFonts w:asciiTheme="majorHAnsi" w:hAnsiTheme="majorHAnsi" w:cstheme="majorHAnsi"/>
          <w:lang w:val="it-IT"/>
        </w:rPr>
      </w:pPr>
      <w:r w:rsidRPr="0079283A">
        <w:rPr>
          <w:rFonts w:asciiTheme="majorHAnsi" w:hAnsiTheme="majorHAnsi" w:cstheme="majorHAnsi"/>
          <w:i/>
          <w:lang w:val="it-IT"/>
        </w:rPr>
        <w:lastRenderedPageBreak/>
        <w:t>Il/La sottoscritto/a, genitore/tutore dell'alunno/a, dichiara sotto la propria responsabilità la veridicità delle informazioni fornite nella presente scheda anagrafica ai sensi del D.P.R. 445/2000, e autorizza il trattamento dei dati personali ai sensi del GDPR 679/2016 esclusivamente per le finalità legate alla gestione del Progetto Agenda Sud (FSE+).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587B14" w:rsidRPr="00C7624A">
        <w:trPr>
          <w:jc w:val="center"/>
        </w:trPr>
        <w:tc>
          <w:tcPr>
            <w:tcW w:w="4896" w:type="dxa"/>
          </w:tcPr>
          <w:p w:rsidR="00587B14" w:rsidRPr="0079283A" w:rsidRDefault="00D53DC5">
            <w:pPr>
              <w:rPr>
                <w:rFonts w:asciiTheme="majorHAnsi" w:hAnsiTheme="majorHAnsi" w:cstheme="majorHAnsi"/>
              </w:rPr>
            </w:pPr>
            <w:proofErr w:type="spellStart"/>
            <w:r w:rsidRPr="0079283A">
              <w:rPr>
                <w:rFonts w:asciiTheme="majorHAnsi" w:hAnsiTheme="majorHAnsi" w:cstheme="majorHAnsi"/>
              </w:rPr>
              <w:t>Luogo</w:t>
            </w:r>
            <w:proofErr w:type="spellEnd"/>
            <w:r w:rsidRPr="0079283A">
              <w:rPr>
                <w:rFonts w:asciiTheme="majorHAnsi" w:hAnsiTheme="majorHAnsi" w:cstheme="majorHAnsi"/>
              </w:rPr>
              <w:t xml:space="preserve"> e Data:</w:t>
            </w:r>
            <w:r w:rsidRPr="0079283A">
              <w:rPr>
                <w:rFonts w:asciiTheme="majorHAnsi" w:hAnsiTheme="majorHAnsi" w:cstheme="majorHAnsi"/>
              </w:rPr>
              <w:br/>
            </w:r>
            <w:r w:rsidRPr="0079283A">
              <w:rPr>
                <w:rFonts w:asciiTheme="majorHAnsi" w:hAnsiTheme="majorHAnsi" w:cstheme="majorHAnsi"/>
              </w:rPr>
              <w:br/>
            </w:r>
            <w:proofErr w:type="spellStart"/>
            <w:r w:rsidRPr="0079283A">
              <w:rPr>
                <w:rFonts w:asciiTheme="majorHAnsi" w:hAnsiTheme="majorHAnsi" w:cstheme="majorHAnsi"/>
              </w:rPr>
              <w:t>Carapelle</w:t>
            </w:r>
            <w:proofErr w:type="spellEnd"/>
            <w:r w:rsidRPr="0079283A">
              <w:rPr>
                <w:rFonts w:asciiTheme="majorHAnsi" w:hAnsiTheme="majorHAnsi" w:cstheme="majorHAnsi"/>
              </w:rPr>
              <w:t>, _________________</w:t>
            </w:r>
          </w:p>
        </w:tc>
        <w:tc>
          <w:tcPr>
            <w:tcW w:w="4896" w:type="dxa"/>
          </w:tcPr>
          <w:p w:rsidR="00587B14" w:rsidRPr="0079283A" w:rsidRDefault="00D53DC5">
            <w:pPr>
              <w:jc w:val="right"/>
              <w:rPr>
                <w:rFonts w:asciiTheme="majorHAnsi" w:hAnsiTheme="majorHAnsi" w:cstheme="majorHAnsi"/>
                <w:lang w:val="it-IT"/>
              </w:rPr>
            </w:pPr>
            <w:r w:rsidRPr="0079283A">
              <w:rPr>
                <w:rFonts w:asciiTheme="majorHAnsi" w:hAnsiTheme="majorHAnsi" w:cstheme="majorHAnsi"/>
                <w:lang w:val="it-IT"/>
              </w:rPr>
              <w:t xml:space="preserve">Firma del Genitore / Tutore </w:t>
            </w:r>
            <w:proofErr w:type="gramStart"/>
            <w:r w:rsidRPr="0079283A">
              <w:rPr>
                <w:rFonts w:asciiTheme="majorHAnsi" w:hAnsiTheme="majorHAnsi" w:cstheme="majorHAnsi"/>
                <w:lang w:val="it-IT"/>
              </w:rPr>
              <w:t>legale:</w:t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</w:r>
            <w:r w:rsidRPr="0079283A">
              <w:rPr>
                <w:rFonts w:asciiTheme="majorHAnsi" w:hAnsiTheme="majorHAnsi" w:cstheme="majorHAnsi"/>
                <w:lang w:val="it-IT"/>
              </w:rPr>
              <w:br/>
              <w:t>_</w:t>
            </w:r>
            <w:proofErr w:type="gramEnd"/>
            <w:r w:rsidRPr="0079283A">
              <w:rPr>
                <w:rFonts w:asciiTheme="majorHAnsi" w:hAnsiTheme="majorHAnsi" w:cstheme="majorHAnsi"/>
                <w:lang w:val="it-IT"/>
              </w:rPr>
              <w:t>___________________________________</w:t>
            </w:r>
          </w:p>
        </w:tc>
      </w:tr>
    </w:tbl>
    <w:p w:rsidR="00D53DC5" w:rsidRPr="0079283A" w:rsidRDefault="00AA2175" w:rsidP="00AA2175">
      <w:pPr>
        <w:ind w:left="432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</w:t>
      </w:r>
      <w:r w:rsidRPr="0079283A">
        <w:rPr>
          <w:rFonts w:asciiTheme="majorHAnsi" w:hAnsiTheme="majorHAnsi" w:cstheme="majorHAnsi"/>
          <w:lang w:val="it-IT"/>
        </w:rPr>
        <w:t>____________________________________</w:t>
      </w:r>
    </w:p>
    <w:sectPr w:rsidR="00D53DC5" w:rsidRPr="0079283A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1D81"/>
    <w:rsid w:val="0042131D"/>
    <w:rsid w:val="00551361"/>
    <w:rsid w:val="00587B14"/>
    <w:rsid w:val="0079283A"/>
    <w:rsid w:val="007A1FED"/>
    <w:rsid w:val="00A16DB6"/>
    <w:rsid w:val="00AA1D8D"/>
    <w:rsid w:val="00AA2175"/>
    <w:rsid w:val="00B47730"/>
    <w:rsid w:val="00C7624A"/>
    <w:rsid w:val="00CB0664"/>
    <w:rsid w:val="00D53D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9E75D1-34E8-4B2C-9E41-A82C6672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B2D831-48BC-4596-AE53-2F41629BE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ilariapiascopece@gmail.com</cp:lastModifiedBy>
  <cp:revision>2</cp:revision>
  <dcterms:created xsi:type="dcterms:W3CDTF">2026-10-21T11:42:00Z</dcterms:created>
  <dcterms:modified xsi:type="dcterms:W3CDTF">2026-10-21T11:42:00Z</dcterms:modified>
</cp:coreProperties>
</file>