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619" w:rsidRPr="00F8166B" w:rsidRDefault="00F8166B" w:rsidP="00B0250E">
      <w:pPr>
        <w:spacing w:after="80"/>
        <w:jc w:val="right"/>
        <w:rPr>
          <w:rFonts w:asciiTheme="majorHAnsi" w:hAnsiTheme="majorHAnsi" w:cstheme="majorHAnsi"/>
          <w:sz w:val="24"/>
          <w:szCs w:val="24"/>
          <w:lang w:val="it-IT"/>
        </w:rPr>
      </w:pPr>
      <w:bookmarkStart w:id="0" w:name="_GoBack"/>
      <w:bookmarkEnd w:id="0"/>
      <w:r w:rsidRPr="00F8166B">
        <w:rPr>
          <w:rFonts w:asciiTheme="majorHAnsi" w:hAnsiTheme="majorHAnsi" w:cstheme="majorHAnsi"/>
          <w:b/>
          <w:color w:val="003366"/>
          <w:sz w:val="24"/>
          <w:szCs w:val="24"/>
          <w:lang w:val="it-IT"/>
        </w:rPr>
        <w:t>ALLEGATO 1</w:t>
      </w:r>
    </w:p>
    <w:p w:rsidR="00476619" w:rsidRPr="00F8166B" w:rsidRDefault="00F8166B">
      <w:pPr>
        <w:jc w:val="right"/>
        <w:rPr>
          <w:rFonts w:asciiTheme="majorHAnsi" w:hAnsiTheme="majorHAnsi" w:cstheme="majorHAnsi"/>
          <w:sz w:val="24"/>
          <w:szCs w:val="24"/>
          <w:lang w:val="it-IT"/>
        </w:rPr>
      </w:pPr>
      <w:r w:rsidRPr="00F8166B">
        <w:rPr>
          <w:rFonts w:asciiTheme="majorHAnsi" w:hAnsiTheme="majorHAnsi" w:cstheme="majorHAnsi"/>
          <w:b/>
          <w:sz w:val="24"/>
          <w:szCs w:val="24"/>
          <w:lang w:val="it-IT"/>
        </w:rPr>
        <w:t>Al Dirigente Scolastico</w:t>
      </w:r>
      <w:r w:rsidRPr="00F8166B">
        <w:rPr>
          <w:rFonts w:asciiTheme="majorHAnsi" w:hAnsiTheme="majorHAnsi" w:cstheme="majorHAnsi"/>
          <w:b/>
          <w:sz w:val="24"/>
          <w:szCs w:val="24"/>
          <w:lang w:val="it-IT"/>
        </w:rPr>
        <w:br/>
        <w:t>dell'Istituto Comprensivo Statale di CARAPELLE</w:t>
      </w:r>
    </w:p>
    <w:p w:rsidR="00F8166B" w:rsidRDefault="00F8166B" w:rsidP="00F8166B">
      <w:pPr>
        <w:spacing w:after="0" w:line="240" w:lineRule="auto"/>
        <w:jc w:val="both"/>
        <w:rPr>
          <w:rFonts w:asciiTheme="majorHAnsi" w:hAnsiTheme="majorHAnsi" w:cstheme="majorHAnsi"/>
          <w:sz w:val="24"/>
          <w:szCs w:val="24"/>
          <w:lang w:val="it-IT"/>
        </w:rPr>
      </w:pPr>
      <w:r w:rsidRPr="00F8166B">
        <w:rPr>
          <w:rFonts w:asciiTheme="majorHAnsi" w:hAnsiTheme="majorHAnsi" w:cstheme="majorHAnsi"/>
          <w:b/>
          <w:sz w:val="24"/>
          <w:szCs w:val="24"/>
          <w:lang w:val="it-IT"/>
        </w:rPr>
        <w:t xml:space="preserve">OGGETTO: </w:t>
      </w:r>
      <w:r w:rsidRPr="00F8166B">
        <w:rPr>
          <w:rFonts w:asciiTheme="majorHAnsi" w:hAnsiTheme="majorHAnsi" w:cstheme="majorHAnsi"/>
          <w:sz w:val="24"/>
          <w:szCs w:val="24"/>
          <w:lang w:val="it-IT"/>
        </w:rPr>
        <w:t xml:space="preserve">Domanda di partecipazione all'Avviso interno di selezione Alunni per i percorsi/moduli del Progetto Agenda Sud – Programma Nazionale "Scuola e competenze" 2021-2027 (FSE+) – Priorità 01 – Obiettivo Specifico ESO4.6, Azione ESO4.6.A1, Sotto-azione ESO4.6.A1.B.Decreto MIM n. 175 del 09/09/2025 – Avviso pubblico </w:t>
      </w:r>
      <w:proofErr w:type="spellStart"/>
      <w:r w:rsidRPr="00F8166B">
        <w:rPr>
          <w:rFonts w:asciiTheme="majorHAnsi" w:hAnsiTheme="majorHAnsi" w:cstheme="majorHAnsi"/>
          <w:sz w:val="24"/>
          <w:szCs w:val="24"/>
          <w:lang w:val="it-IT"/>
        </w:rPr>
        <w:t>prot</w:t>
      </w:r>
      <w:proofErr w:type="spellEnd"/>
      <w:r w:rsidRPr="00F8166B">
        <w:rPr>
          <w:rFonts w:asciiTheme="majorHAnsi" w:hAnsiTheme="majorHAnsi" w:cstheme="majorHAnsi"/>
          <w:sz w:val="24"/>
          <w:szCs w:val="24"/>
          <w:lang w:val="it-IT"/>
        </w:rPr>
        <w:t xml:space="preserve">. n. 53338 del 09/03/2026 – Agenda Sud </w:t>
      </w:r>
      <w:proofErr w:type="spellStart"/>
      <w:r w:rsidRPr="00F8166B">
        <w:rPr>
          <w:rFonts w:asciiTheme="majorHAnsi" w:hAnsiTheme="majorHAnsi" w:cstheme="majorHAnsi"/>
          <w:sz w:val="24"/>
          <w:szCs w:val="24"/>
          <w:lang w:val="it-IT"/>
        </w:rPr>
        <w:t>a.s.</w:t>
      </w:r>
      <w:proofErr w:type="spellEnd"/>
      <w:r w:rsidRPr="00F8166B">
        <w:rPr>
          <w:rFonts w:asciiTheme="majorHAnsi" w:hAnsiTheme="majorHAnsi" w:cstheme="majorHAnsi"/>
          <w:sz w:val="24"/>
          <w:szCs w:val="24"/>
          <w:lang w:val="it-IT"/>
        </w:rPr>
        <w:t xml:space="preserve"> 2025-2026 e 2026-2027.</w:t>
      </w:r>
      <w:r w:rsidRPr="00F8166B">
        <w:rPr>
          <w:rFonts w:asciiTheme="majorHAnsi" w:hAnsiTheme="majorHAnsi" w:cstheme="majorHAnsi"/>
          <w:sz w:val="24"/>
          <w:szCs w:val="24"/>
          <w:lang w:val="it-IT"/>
        </w:rPr>
        <w:br/>
        <w:t>Codice Progetto:</w:t>
      </w:r>
      <w:r>
        <w:rPr>
          <w:rFonts w:asciiTheme="majorHAnsi" w:hAnsiTheme="majorHAnsi" w:cstheme="majorHAnsi"/>
          <w:sz w:val="24"/>
          <w:szCs w:val="24"/>
          <w:lang w:val="it-IT"/>
        </w:rPr>
        <w:t xml:space="preserve"> ESO4.6.A1.B-FSEPNPU-2026-561 </w:t>
      </w:r>
    </w:p>
    <w:p w:rsidR="00F8166B" w:rsidRDefault="00F8166B" w:rsidP="00F8166B">
      <w:pPr>
        <w:spacing w:after="0" w:line="240" w:lineRule="auto"/>
        <w:jc w:val="both"/>
        <w:rPr>
          <w:rFonts w:asciiTheme="majorHAnsi" w:hAnsiTheme="majorHAnsi" w:cstheme="majorHAnsi"/>
          <w:sz w:val="24"/>
          <w:szCs w:val="24"/>
          <w:lang w:val="it-IT"/>
        </w:rPr>
      </w:pPr>
      <w:r w:rsidRPr="00F8166B">
        <w:rPr>
          <w:rFonts w:asciiTheme="majorHAnsi" w:hAnsiTheme="majorHAnsi" w:cstheme="majorHAnsi"/>
          <w:sz w:val="24"/>
          <w:szCs w:val="24"/>
          <w:lang w:val="it-IT"/>
        </w:rPr>
        <w:t>Titolo: "Progetto di inclusione e contrasto della dispersione scolastica e consolidamento delle competenze disciplinari e di cittadinanza nell'IC Carapelle" |</w:t>
      </w:r>
    </w:p>
    <w:p w:rsidR="00476619" w:rsidRPr="00F8166B" w:rsidRDefault="00F8166B" w:rsidP="00F8166B">
      <w:pPr>
        <w:spacing w:after="0" w:line="240" w:lineRule="auto"/>
        <w:jc w:val="both"/>
        <w:rPr>
          <w:rFonts w:asciiTheme="majorHAnsi" w:hAnsiTheme="majorHAnsi" w:cstheme="majorHAnsi"/>
          <w:sz w:val="24"/>
          <w:szCs w:val="24"/>
          <w:lang w:val="it-IT"/>
        </w:rPr>
      </w:pPr>
      <w:r w:rsidRPr="00F8166B">
        <w:rPr>
          <w:rFonts w:asciiTheme="majorHAnsi" w:hAnsiTheme="majorHAnsi" w:cstheme="majorHAnsi"/>
          <w:sz w:val="24"/>
          <w:szCs w:val="24"/>
          <w:lang w:val="it-IT"/>
        </w:rPr>
        <w:t>CUP: F24D25002770007</w:t>
      </w:r>
    </w:p>
    <w:p w:rsidR="00476619" w:rsidRPr="00F8166B" w:rsidRDefault="00F8166B">
      <w:pPr>
        <w:spacing w:before="120" w:after="80"/>
        <w:rPr>
          <w:rFonts w:asciiTheme="majorHAnsi" w:hAnsiTheme="majorHAnsi" w:cstheme="majorHAnsi"/>
          <w:sz w:val="24"/>
          <w:szCs w:val="24"/>
          <w:lang w:val="it-IT"/>
        </w:rPr>
      </w:pPr>
      <w:r w:rsidRPr="00F8166B">
        <w:rPr>
          <w:rFonts w:asciiTheme="majorHAnsi" w:hAnsiTheme="majorHAnsi" w:cstheme="majorHAnsi"/>
          <w:b/>
          <w:color w:val="003366"/>
          <w:sz w:val="24"/>
          <w:szCs w:val="24"/>
          <w:lang w:val="it-IT"/>
        </w:rPr>
        <w:t>DATI DEI RICHIEDENTI (GENITORI / TUTORI LEGALI)</w:t>
      </w:r>
    </w:p>
    <w:p w:rsidR="00476619" w:rsidRPr="00F8166B" w:rsidRDefault="00F8166B">
      <w:pPr>
        <w:spacing w:after="160"/>
        <w:rPr>
          <w:rFonts w:asciiTheme="majorHAnsi" w:hAnsiTheme="majorHAnsi" w:cstheme="majorHAnsi"/>
          <w:sz w:val="24"/>
          <w:szCs w:val="24"/>
          <w:lang w:val="it-IT"/>
        </w:rPr>
      </w:pPr>
      <w:r w:rsidRPr="00F8166B">
        <w:rPr>
          <w:rFonts w:asciiTheme="majorHAnsi" w:hAnsiTheme="majorHAnsi" w:cstheme="majorHAnsi"/>
          <w:sz w:val="24"/>
          <w:szCs w:val="24"/>
          <w:lang w:val="it-IT"/>
        </w:rPr>
        <w:t>Il/La sottoscritto/a _________________________________________________ nato/a a _______________________ (_____) il ___/___/________ residente a ___________________________ (_____) in via/piazza ____________________________________ n. ____ CAP ________ Tel. ____________________ Cell. ____________________ e-mail _____________________________________________</w:t>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br/>
        <w:t>e</w:t>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br/>
        <w:t>Il/La sottoscritto/a _________________________________________________ nato/a a _______________________ (_____) il ___/___/________ residente a ___________________________ (_____) in via/piazza ____________________________________ n. ____ CAP ________ Tel. ____________________ Cell. ____________________ e-mail _____________________________________________</w:t>
      </w:r>
    </w:p>
    <w:p w:rsidR="00476619" w:rsidRPr="00F8166B" w:rsidRDefault="00F8166B" w:rsidP="00F8166B">
      <w:pPr>
        <w:spacing w:before="120" w:after="80"/>
        <w:jc w:val="center"/>
        <w:rPr>
          <w:rFonts w:asciiTheme="majorHAnsi" w:hAnsiTheme="majorHAnsi" w:cstheme="majorHAnsi"/>
          <w:sz w:val="24"/>
          <w:szCs w:val="24"/>
          <w:lang w:val="it-IT"/>
        </w:rPr>
      </w:pPr>
      <w:r w:rsidRPr="00F8166B">
        <w:rPr>
          <w:rFonts w:asciiTheme="majorHAnsi" w:hAnsiTheme="majorHAnsi" w:cstheme="majorHAnsi"/>
          <w:b/>
          <w:color w:val="003366"/>
          <w:sz w:val="24"/>
          <w:szCs w:val="24"/>
          <w:lang w:val="it-IT"/>
        </w:rPr>
        <w:t>CHIEDONO</w:t>
      </w:r>
    </w:p>
    <w:p w:rsidR="00476619"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l'iscrizione e la partecipazione del/della proprio/a figlio/a ________________________________________________________</w:t>
      </w:r>
      <w:r w:rsidRPr="00F8166B">
        <w:rPr>
          <w:rFonts w:asciiTheme="majorHAnsi" w:hAnsiTheme="majorHAnsi" w:cstheme="majorHAnsi"/>
          <w:sz w:val="24"/>
          <w:szCs w:val="24"/>
          <w:lang w:val="it-IT"/>
        </w:rPr>
        <w:br/>
        <w:t>nato/a a ___________________________________ (_____) il ___/___/________ residente a ___________________________ (_____) in via/piazza __________________________________________________ n. ____ CAP ________ Codice Fiscale ______________________</w:t>
      </w:r>
      <w:r w:rsidRPr="00F8166B">
        <w:rPr>
          <w:rFonts w:asciiTheme="majorHAnsi" w:hAnsiTheme="majorHAnsi" w:cstheme="majorHAnsi"/>
          <w:sz w:val="24"/>
          <w:szCs w:val="24"/>
          <w:lang w:val="it-IT"/>
        </w:rPr>
        <w:br/>
        <w:t xml:space="preserve">iscritto/a per </w:t>
      </w:r>
      <w:proofErr w:type="spellStart"/>
      <w:r w:rsidRPr="00F8166B">
        <w:rPr>
          <w:rFonts w:asciiTheme="majorHAnsi" w:hAnsiTheme="majorHAnsi" w:cstheme="majorHAnsi"/>
          <w:sz w:val="24"/>
          <w:szCs w:val="24"/>
          <w:lang w:val="it-IT"/>
        </w:rPr>
        <w:t>l'a.s.</w:t>
      </w:r>
      <w:proofErr w:type="spellEnd"/>
      <w:r w:rsidRPr="00F8166B">
        <w:rPr>
          <w:rFonts w:asciiTheme="majorHAnsi" w:hAnsiTheme="majorHAnsi" w:cstheme="majorHAnsi"/>
          <w:sz w:val="24"/>
          <w:szCs w:val="24"/>
          <w:lang w:val="it-IT"/>
        </w:rPr>
        <w:t xml:space="preserve"> 2026/2027 alla classe _____ sez. _____ della Scuola: [  ] Primaria   [  ] Secondaria di I grado</w:t>
      </w:r>
      <w:r w:rsidRPr="00F8166B">
        <w:rPr>
          <w:rFonts w:asciiTheme="majorHAnsi" w:hAnsiTheme="majorHAnsi" w:cstheme="majorHAnsi"/>
          <w:sz w:val="24"/>
          <w:szCs w:val="24"/>
          <w:lang w:val="it-IT"/>
        </w:rPr>
        <w:br/>
        <w:t>ai seguenti moduli formativi del Progetto Agenda Sud, esprimendo le proprie preferenze (indicare la preferenza con un numero o crocetta):</w:t>
      </w:r>
    </w:p>
    <w:p w:rsidR="00F8166B" w:rsidRPr="00F8166B" w:rsidRDefault="00F8166B">
      <w:pPr>
        <w:rPr>
          <w:rFonts w:asciiTheme="majorHAnsi" w:hAnsiTheme="majorHAnsi" w:cstheme="majorHAnsi"/>
          <w:sz w:val="24"/>
          <w:szCs w:val="24"/>
          <w:lang w:val="it-IT"/>
        </w:rPr>
      </w:pP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576"/>
        <w:gridCol w:w="4608"/>
        <w:gridCol w:w="1152"/>
        <w:gridCol w:w="1872"/>
        <w:gridCol w:w="1584"/>
      </w:tblGrid>
      <w:tr w:rsidR="00476619" w:rsidRPr="00F8166B">
        <w:trPr>
          <w:jc w:val="center"/>
        </w:trPr>
        <w:tc>
          <w:tcPr>
            <w:tcW w:w="576" w:type="dxa"/>
            <w:shd w:val="clear" w:color="auto" w:fill="003366"/>
            <w:tcMar>
              <w:top w:w="120" w:type="dxa"/>
              <w:left w:w="100" w:type="dxa"/>
              <w:bottom w:w="12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b/>
                <w:color w:val="FFFFFF"/>
                <w:sz w:val="24"/>
                <w:szCs w:val="24"/>
              </w:rPr>
              <w:lastRenderedPageBreak/>
              <w:t>N.</w:t>
            </w:r>
          </w:p>
        </w:tc>
        <w:tc>
          <w:tcPr>
            <w:tcW w:w="4608" w:type="dxa"/>
            <w:shd w:val="clear" w:color="auto" w:fill="003366"/>
            <w:tcMar>
              <w:top w:w="120" w:type="dxa"/>
              <w:left w:w="100" w:type="dxa"/>
              <w:bottom w:w="12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b/>
                <w:color w:val="FFFFFF"/>
                <w:sz w:val="24"/>
                <w:szCs w:val="24"/>
              </w:rPr>
              <w:t>Titolo Modulo Formativo</w:t>
            </w:r>
          </w:p>
        </w:tc>
        <w:tc>
          <w:tcPr>
            <w:tcW w:w="1152" w:type="dxa"/>
            <w:shd w:val="clear" w:color="auto" w:fill="003366"/>
            <w:tcMar>
              <w:top w:w="120" w:type="dxa"/>
              <w:left w:w="100" w:type="dxa"/>
              <w:bottom w:w="12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b/>
                <w:color w:val="FFFFFF"/>
                <w:sz w:val="24"/>
                <w:szCs w:val="24"/>
              </w:rPr>
              <w:t>Durata</w:t>
            </w:r>
          </w:p>
        </w:tc>
        <w:tc>
          <w:tcPr>
            <w:tcW w:w="1872" w:type="dxa"/>
            <w:shd w:val="clear" w:color="auto" w:fill="003366"/>
            <w:tcMar>
              <w:top w:w="120" w:type="dxa"/>
              <w:left w:w="100" w:type="dxa"/>
              <w:bottom w:w="12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b/>
                <w:color w:val="FFFFFF"/>
                <w:sz w:val="24"/>
                <w:szCs w:val="24"/>
              </w:rPr>
              <w:t>Destinatari</w:t>
            </w:r>
          </w:p>
        </w:tc>
        <w:tc>
          <w:tcPr>
            <w:tcW w:w="1584" w:type="dxa"/>
            <w:shd w:val="clear" w:color="auto" w:fill="003366"/>
            <w:tcMar>
              <w:top w:w="120" w:type="dxa"/>
              <w:left w:w="100" w:type="dxa"/>
              <w:bottom w:w="12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b/>
                <w:color w:val="FFFFFF"/>
                <w:sz w:val="24"/>
                <w:szCs w:val="24"/>
              </w:rPr>
              <w:t>Seleziona / Preferenza</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1</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162345 - Percorsi per le competenze di matematica e trasversali</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Sec. I grado</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2</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162325 - Percorsi per il consolidamento delle competenze di italiano L1</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Sec. I grado</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162357 - Percorsi di potenziamento delle competenze di inglese e trasversali</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Sec. I grado</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4</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162371 - Percorsi di recupero e alfabetizzazione delle competenze di italiano per alunni/e stranieri</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Sec. I grado</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5</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162349 - Percorsi per il recupero e potenziamento delle competenze di matematica</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Primaria</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6</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162377 - Percorsi per l'alfabetizzazione di italiano per alunni stranieri</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Primaria</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7</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162366 - Percorsi per il recupero e potenziamento delle competenze di inglese</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Primaria</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r w:rsidR="00476619" w:rsidRPr="00F8166B">
        <w:trPr>
          <w:jc w:val="center"/>
        </w:trPr>
        <w:tc>
          <w:tcPr>
            <w:tcW w:w="576"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8</w:t>
            </w:r>
          </w:p>
        </w:tc>
        <w:tc>
          <w:tcPr>
            <w:tcW w:w="4608" w:type="dxa"/>
            <w:tcMar>
              <w:top w:w="80" w:type="dxa"/>
              <w:left w:w="100" w:type="dxa"/>
              <w:bottom w:w="80" w:type="dxa"/>
              <w:right w:w="100" w:type="dxa"/>
            </w:tcMar>
          </w:tcPr>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162337 - Percorsi per il potenziamento delle competenze di italiano e trasversali</w:t>
            </w:r>
          </w:p>
        </w:tc>
        <w:tc>
          <w:tcPr>
            <w:tcW w:w="1152"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30 ore</w:t>
            </w:r>
          </w:p>
        </w:tc>
        <w:tc>
          <w:tcPr>
            <w:tcW w:w="1872" w:type="dxa"/>
            <w:tcMar>
              <w:top w:w="80" w:type="dxa"/>
              <w:left w:w="100" w:type="dxa"/>
              <w:bottom w:w="80" w:type="dxa"/>
              <w:right w:w="100" w:type="dxa"/>
            </w:tcMar>
          </w:tcPr>
          <w:p w:rsidR="00476619" w:rsidRPr="00F8166B" w:rsidRDefault="00F8166B">
            <w:pPr>
              <w:rPr>
                <w:rFonts w:asciiTheme="majorHAnsi" w:hAnsiTheme="majorHAnsi" w:cstheme="majorHAnsi"/>
                <w:sz w:val="24"/>
                <w:szCs w:val="24"/>
              </w:rPr>
            </w:pPr>
            <w:r w:rsidRPr="00F8166B">
              <w:rPr>
                <w:rFonts w:asciiTheme="majorHAnsi" w:hAnsiTheme="majorHAnsi" w:cstheme="majorHAnsi"/>
                <w:sz w:val="24"/>
                <w:szCs w:val="24"/>
              </w:rPr>
              <w:t>Scuola Primaria</w:t>
            </w:r>
          </w:p>
        </w:tc>
        <w:tc>
          <w:tcPr>
            <w:tcW w:w="1584" w:type="dxa"/>
            <w:tcMar>
              <w:top w:w="80" w:type="dxa"/>
              <w:left w:w="100" w:type="dxa"/>
              <w:bottom w:w="80" w:type="dxa"/>
              <w:right w:w="100" w:type="dxa"/>
            </w:tcMar>
          </w:tcPr>
          <w:p w:rsidR="00476619" w:rsidRPr="00F8166B" w:rsidRDefault="00F8166B">
            <w:pPr>
              <w:jc w:val="center"/>
              <w:rPr>
                <w:rFonts w:asciiTheme="majorHAnsi" w:hAnsiTheme="majorHAnsi" w:cstheme="majorHAnsi"/>
                <w:sz w:val="24"/>
                <w:szCs w:val="24"/>
              </w:rPr>
            </w:pPr>
            <w:r w:rsidRPr="00F8166B">
              <w:rPr>
                <w:rFonts w:asciiTheme="majorHAnsi" w:hAnsiTheme="majorHAnsi" w:cstheme="majorHAnsi"/>
                <w:sz w:val="24"/>
                <w:szCs w:val="24"/>
              </w:rPr>
              <w:t>[   ]</w:t>
            </w:r>
          </w:p>
        </w:tc>
      </w:tr>
    </w:tbl>
    <w:p w:rsidR="00476619" w:rsidRPr="00F8166B" w:rsidRDefault="00F8166B">
      <w:pPr>
        <w:spacing w:before="240" w:after="80"/>
        <w:rPr>
          <w:rFonts w:asciiTheme="majorHAnsi" w:hAnsiTheme="majorHAnsi" w:cstheme="majorHAnsi"/>
          <w:sz w:val="24"/>
          <w:szCs w:val="24"/>
        </w:rPr>
      </w:pPr>
      <w:r w:rsidRPr="00F8166B">
        <w:rPr>
          <w:rFonts w:asciiTheme="majorHAnsi" w:hAnsiTheme="majorHAnsi" w:cstheme="majorHAnsi"/>
          <w:b/>
          <w:color w:val="003366"/>
          <w:sz w:val="24"/>
          <w:szCs w:val="24"/>
        </w:rPr>
        <w:t>DICHIARAZIONI E IMPEGNI DEI GENITORI</w:t>
      </w:r>
    </w:p>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sz w:val="24"/>
          <w:szCs w:val="24"/>
          <w:lang w:val="it-IT"/>
        </w:rPr>
        <w:t>I sottoscritti genitori/tutori legali:</w:t>
      </w:r>
      <w:r w:rsidRPr="00F8166B">
        <w:rPr>
          <w:rFonts w:asciiTheme="majorHAnsi" w:hAnsiTheme="majorHAnsi" w:cstheme="majorHAnsi"/>
          <w:sz w:val="24"/>
          <w:szCs w:val="24"/>
          <w:lang w:val="it-IT"/>
        </w:rPr>
        <w:br/>
        <w:t>• Dichiarano di aver preso visione dell'Avviso pubblico di selezione e di accettarne integralmente il contenuto e le condizioni;</w:t>
      </w:r>
      <w:r w:rsidRPr="00F8166B">
        <w:rPr>
          <w:rFonts w:asciiTheme="majorHAnsi" w:hAnsiTheme="majorHAnsi" w:cstheme="majorHAnsi"/>
          <w:sz w:val="24"/>
          <w:szCs w:val="24"/>
          <w:lang w:val="it-IT"/>
        </w:rPr>
        <w:br/>
        <w:t>• Si impegnano a far frequentare il/la proprio/a figlio/a con regolare costanza, consapevoli che la frequenza è obbligatoria per almeno il 75% delle ore complessive del modulo e che il progetto comporta un importante impegno organizzativo e finanziario per l'Istituzione Scolastica;</w:t>
      </w:r>
      <w:r w:rsidRPr="00F8166B">
        <w:rPr>
          <w:rFonts w:asciiTheme="majorHAnsi" w:hAnsiTheme="majorHAnsi" w:cstheme="majorHAnsi"/>
          <w:sz w:val="24"/>
          <w:szCs w:val="24"/>
          <w:lang w:val="it-IT"/>
        </w:rPr>
        <w:br/>
        <w:t>• Prendono atto che l'Istituzione Scolastica, depositaria dei dati personali, potrà fornire alle autorità competenti del Ministero dell'Istruzione e del Merito e dell'Autorità di Gestione le informazioni necessarie per le attività di monitoraggio, rendicontazione e valutazione del processo formativo;</w:t>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lastRenderedPageBreak/>
        <w:t>• Autorizzano codesto Istituto al trattamento dei dati personali propri e del/della figlio/a esclusivamente per le finalità connesse alla gestione ed all'espletamento delle attività previste dal progetto.</w:t>
      </w:r>
    </w:p>
    <w:p w:rsidR="00476619" w:rsidRPr="00F8166B" w:rsidRDefault="00F8166B">
      <w:pPr>
        <w:spacing w:before="120" w:after="80"/>
        <w:rPr>
          <w:rFonts w:asciiTheme="majorHAnsi" w:hAnsiTheme="majorHAnsi" w:cstheme="majorHAnsi"/>
          <w:sz w:val="24"/>
          <w:szCs w:val="24"/>
          <w:lang w:val="it-IT"/>
        </w:rPr>
      </w:pPr>
      <w:r w:rsidRPr="00F8166B">
        <w:rPr>
          <w:rFonts w:asciiTheme="majorHAnsi" w:hAnsiTheme="majorHAnsi" w:cstheme="majorHAnsi"/>
          <w:b/>
          <w:sz w:val="24"/>
          <w:szCs w:val="24"/>
          <w:lang w:val="it-IT"/>
        </w:rPr>
        <w:t>ALLEGATI OBBLIGATORI ALLA DOMANDA:</w:t>
      </w:r>
    </w:p>
    <w:p w:rsidR="00476619" w:rsidRPr="00F8166B" w:rsidRDefault="00F8166B">
      <w:pPr>
        <w:spacing w:after="280"/>
        <w:rPr>
          <w:rFonts w:asciiTheme="majorHAnsi" w:hAnsiTheme="majorHAnsi" w:cstheme="majorHAnsi"/>
          <w:sz w:val="24"/>
          <w:szCs w:val="24"/>
          <w:lang w:val="it-IT"/>
        </w:rPr>
      </w:pPr>
      <w:r w:rsidRPr="00F8166B">
        <w:rPr>
          <w:rFonts w:asciiTheme="majorHAnsi" w:hAnsiTheme="majorHAnsi" w:cstheme="majorHAnsi"/>
          <w:sz w:val="24"/>
          <w:szCs w:val="24"/>
          <w:lang w:val="it-IT"/>
        </w:rPr>
        <w:t>1. Scheda Anagrafica Studente compilata e sottoscritta;</w:t>
      </w:r>
      <w:r w:rsidRPr="00F8166B">
        <w:rPr>
          <w:rFonts w:asciiTheme="majorHAnsi" w:hAnsiTheme="majorHAnsi" w:cstheme="majorHAnsi"/>
          <w:sz w:val="24"/>
          <w:szCs w:val="24"/>
          <w:lang w:val="it-IT"/>
        </w:rPr>
        <w:br/>
        <w:t>2. Consenso al trattamento dei dati personali (GDPR) compilato e firmato;</w:t>
      </w:r>
      <w:r w:rsidRPr="00F8166B">
        <w:rPr>
          <w:rFonts w:asciiTheme="majorHAnsi" w:hAnsiTheme="majorHAnsi" w:cstheme="majorHAnsi"/>
          <w:sz w:val="24"/>
          <w:szCs w:val="24"/>
          <w:lang w:val="it-IT"/>
        </w:rPr>
        <w:br/>
        <w:t>3. Copia del documento di riconoscimento in corso di validità del/i genitore/i o tutore/i richiedente/i.</w:t>
      </w:r>
    </w:p>
    <w:p w:rsidR="00476619" w:rsidRPr="00F8166B" w:rsidRDefault="00F8166B">
      <w:pPr>
        <w:spacing w:before="200" w:after="160"/>
        <w:rPr>
          <w:rFonts w:asciiTheme="majorHAnsi" w:hAnsiTheme="majorHAnsi" w:cstheme="majorHAnsi"/>
          <w:sz w:val="24"/>
          <w:szCs w:val="24"/>
          <w:lang w:val="it-IT"/>
        </w:rPr>
      </w:pPr>
      <w:r w:rsidRPr="00F8166B">
        <w:rPr>
          <w:rFonts w:asciiTheme="majorHAnsi" w:hAnsiTheme="majorHAnsi" w:cstheme="majorHAnsi"/>
          <w:sz w:val="24"/>
          <w:szCs w:val="24"/>
          <w:lang w:val="it-IT"/>
        </w:rPr>
        <w:t>Data: _____ / _____ / ________</w:t>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br/>
      </w:r>
    </w:p>
    <w:p w:rsidR="00476619" w:rsidRPr="00F8166B" w:rsidRDefault="00F8166B">
      <w:pPr>
        <w:spacing w:after="240"/>
        <w:jc w:val="right"/>
        <w:rPr>
          <w:rFonts w:asciiTheme="majorHAnsi" w:hAnsiTheme="majorHAnsi" w:cstheme="majorHAnsi"/>
          <w:sz w:val="24"/>
          <w:szCs w:val="24"/>
          <w:lang w:val="it-IT"/>
        </w:rPr>
      </w:pPr>
      <w:r w:rsidRPr="00F8166B">
        <w:rPr>
          <w:rFonts w:asciiTheme="majorHAnsi" w:hAnsiTheme="majorHAnsi" w:cstheme="majorHAnsi"/>
          <w:sz w:val="24"/>
          <w:szCs w:val="24"/>
          <w:lang w:val="it-IT"/>
        </w:rPr>
        <w:t>Firma del genitore / tutore legale</w:t>
      </w:r>
      <w:r w:rsidRPr="00F8166B">
        <w:rPr>
          <w:rFonts w:asciiTheme="majorHAnsi" w:hAnsiTheme="majorHAnsi" w:cstheme="majorHAnsi"/>
          <w:sz w:val="24"/>
          <w:szCs w:val="24"/>
          <w:lang w:val="it-IT"/>
        </w:rPr>
        <w:br/>
        <w:t>_________________________________________</w:t>
      </w:r>
      <w:r w:rsidRPr="00F8166B">
        <w:rPr>
          <w:rFonts w:asciiTheme="majorHAnsi" w:hAnsiTheme="majorHAnsi" w:cstheme="majorHAnsi"/>
          <w:sz w:val="24"/>
          <w:szCs w:val="24"/>
          <w:lang w:val="it-IT"/>
        </w:rPr>
        <w:br/>
      </w:r>
      <w:r w:rsidRPr="00F8166B">
        <w:rPr>
          <w:rFonts w:asciiTheme="majorHAnsi" w:hAnsiTheme="majorHAnsi" w:cstheme="majorHAnsi"/>
          <w:sz w:val="24"/>
          <w:szCs w:val="24"/>
          <w:lang w:val="it-IT"/>
        </w:rPr>
        <w:br/>
        <w:t>Firma del secondo genitore / tutore legale*</w:t>
      </w:r>
      <w:r w:rsidRPr="00F8166B">
        <w:rPr>
          <w:rFonts w:asciiTheme="majorHAnsi" w:hAnsiTheme="majorHAnsi" w:cstheme="majorHAnsi"/>
          <w:sz w:val="24"/>
          <w:szCs w:val="24"/>
          <w:lang w:val="it-IT"/>
        </w:rPr>
        <w:br/>
        <w:t>_________________________________________</w:t>
      </w:r>
    </w:p>
    <w:p w:rsidR="00476619" w:rsidRPr="00F8166B" w:rsidRDefault="00F8166B">
      <w:pPr>
        <w:rPr>
          <w:rFonts w:asciiTheme="majorHAnsi" w:hAnsiTheme="majorHAnsi" w:cstheme="majorHAnsi"/>
          <w:sz w:val="24"/>
          <w:szCs w:val="24"/>
          <w:lang w:val="it-IT"/>
        </w:rPr>
      </w:pPr>
      <w:r w:rsidRPr="00F8166B">
        <w:rPr>
          <w:rFonts w:asciiTheme="majorHAnsi" w:hAnsiTheme="majorHAnsi" w:cstheme="majorHAnsi"/>
          <w:i/>
          <w:color w:val="787878"/>
          <w:sz w:val="24"/>
          <w:szCs w:val="24"/>
          <w:lang w:val="it-IT"/>
        </w:rPr>
        <w:t>* La firma del secondo genitore è richiesta in conformità alle disposizioni vigenti in materia di responsabilità genitoriale. In caso di firma singola, il richiedente dichiara di aver effettuato la scelta nell'interesse del minore in osservanza delle norme sulla responsabilità genitoriale.</w:t>
      </w:r>
    </w:p>
    <w:sectPr w:rsidR="00476619" w:rsidRPr="00F8166B"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76619"/>
    <w:rsid w:val="00A03ED9"/>
    <w:rsid w:val="00AA1D8D"/>
    <w:rsid w:val="00B0250E"/>
    <w:rsid w:val="00B47730"/>
    <w:rsid w:val="00CB0664"/>
    <w:rsid w:val="00F8166B"/>
    <w:rsid w:val="00FB5F9D"/>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048E23E-1738-405C-954C-FD5771C1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10C04-160C-4ED7-A181-C6C3E2220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719</Words>
  <Characters>4104</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4814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ilariapiascopece@gmail.com</cp:lastModifiedBy>
  <cp:revision>2</cp:revision>
  <dcterms:created xsi:type="dcterms:W3CDTF">2026-10-21T11:43:00Z</dcterms:created>
  <dcterms:modified xsi:type="dcterms:W3CDTF">2026-10-21T11:43:00Z</dcterms:modified>
</cp:coreProperties>
</file>